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4CDD1" w14:textId="77777777" w:rsidR="00E205CD" w:rsidRDefault="00000000">
      <w:pPr>
        <w:jc w:val="center"/>
      </w:pPr>
      <w:r>
        <w:rPr>
          <w:b/>
          <w:sz w:val="28"/>
        </w:rPr>
        <w:t>PRÁCTICA DE ESTUDIOS SOCIALES</w:t>
      </w:r>
      <w:r>
        <w:rPr>
          <w:b/>
          <w:sz w:val="28"/>
        </w:rPr>
        <w:br/>
      </w:r>
      <w:r>
        <w:rPr>
          <w:b/>
        </w:rPr>
        <w:t>MAYAS • AZTECAS • INCAS – SÉTIMO AÑO</w:t>
      </w:r>
    </w:p>
    <w:p w14:paraId="0D489AE1" w14:textId="77777777" w:rsidR="00E205CD" w:rsidRDefault="00000000">
      <w:pPr>
        <w:jc w:val="center"/>
      </w:pPr>
      <w:r>
        <w:rPr>
          <w:sz w:val="18"/>
        </w:rPr>
        <w:t>Nombre: ______________________________  Sección: ______  Fecha: __________</w:t>
      </w:r>
    </w:p>
    <w:p w14:paraId="356A55F2" w14:textId="77777777" w:rsidR="00E205CD" w:rsidRPr="00121AED" w:rsidRDefault="00000000">
      <w:pPr>
        <w:spacing w:after="40" w:line="240" w:lineRule="auto"/>
        <w:rPr>
          <w:b/>
          <w:bCs/>
        </w:rPr>
      </w:pPr>
      <w:r w:rsidRPr="00121AED">
        <w:rPr>
          <w:b/>
          <w:bCs/>
          <w:sz w:val="18"/>
        </w:rPr>
        <w:t>I. SELECCIÓN ÚNICA. Encierre en un círculo la opción correcta. (6 puntos)</w:t>
      </w:r>
    </w:p>
    <w:p w14:paraId="4B700532" w14:textId="77777777" w:rsidR="00E205CD" w:rsidRDefault="00000000">
      <w:pPr>
        <w:spacing w:after="40" w:line="240" w:lineRule="auto"/>
      </w:pPr>
      <w:r>
        <w:rPr>
          <w:sz w:val="18"/>
        </w:rPr>
        <w:t>1. ¿Qué civilización se desarrolló principalmente en la región de los Andes?   a) Maya   b) Inca   c) Azteca</w:t>
      </w:r>
    </w:p>
    <w:p w14:paraId="238438AA" w14:textId="77777777" w:rsidR="00E205CD" w:rsidRDefault="00000000">
      <w:pPr>
        <w:spacing w:after="40" w:line="240" w:lineRule="auto"/>
      </w:pPr>
      <w:r>
        <w:rPr>
          <w:sz w:val="18"/>
        </w:rPr>
        <w:t>2. Los mayas aprovecharon los cenotes y chultunes principalmente para:   a) almacenar/obtener agua   b) construir calzadas   c) pagar tributos</w:t>
      </w:r>
    </w:p>
    <w:p w14:paraId="227EA202" w14:textId="77777777" w:rsidR="00E205CD" w:rsidRDefault="00000000">
      <w:pPr>
        <w:spacing w:after="40" w:line="240" w:lineRule="auto"/>
      </w:pPr>
      <w:r>
        <w:rPr>
          <w:sz w:val="18"/>
        </w:rPr>
        <w:t>3. Las chinampas fueron una forma de agricultura utilizada por los:   a) incas   b) mayas   c) aztecas</w:t>
      </w:r>
    </w:p>
    <w:p w14:paraId="50EB4AFF" w14:textId="4198ABBD" w:rsidR="00E205CD" w:rsidRDefault="00121AED">
      <w:pPr>
        <w:spacing w:after="40" w:line="240" w:lineRule="auto"/>
      </w:pPr>
      <w:r>
        <w:rPr>
          <w:sz w:val="18"/>
        </w:rPr>
        <w:t>4</w:t>
      </w:r>
      <w:r w:rsidR="00000000">
        <w:rPr>
          <w:sz w:val="18"/>
        </w:rPr>
        <w:t>. Los incas construyeron andenes para:   a) adaptar las laderas al cultivo   b) almacenar tributos   c) construir templos</w:t>
      </w:r>
    </w:p>
    <w:p w14:paraId="6DA903B5" w14:textId="77777777" w:rsidR="00E205CD" w:rsidRDefault="00000000">
      <w:pPr>
        <w:spacing w:after="40" w:line="240" w:lineRule="auto"/>
      </w:pPr>
      <w:r>
        <w:rPr>
          <w:sz w:val="18"/>
        </w:rPr>
        <w:t>6. Una lengua que tuvo gran importancia en el imperio inca fue:   a) quechua   b) náhuatl   c) maya</w:t>
      </w:r>
    </w:p>
    <w:p w14:paraId="5616914F" w14:textId="235AAD3C" w:rsidR="00121AED" w:rsidRPr="00121AED" w:rsidRDefault="00121AED" w:rsidP="00121AED">
      <w:pPr>
        <w:spacing w:after="20"/>
        <w:rPr>
          <w:sz w:val="18"/>
        </w:rPr>
      </w:pPr>
      <w:r>
        <w:rPr>
          <w:sz w:val="18"/>
        </w:rPr>
        <w:t>7</w:t>
      </w:r>
      <w:r w:rsidRPr="00121AED">
        <w:rPr>
          <w:sz w:val="18"/>
        </w:rPr>
        <w:t xml:space="preserve">¿Cómo </w:t>
      </w:r>
      <w:proofErr w:type="spellStart"/>
      <w:r w:rsidRPr="00121AED">
        <w:rPr>
          <w:sz w:val="18"/>
        </w:rPr>
        <w:t>estaba</w:t>
      </w:r>
      <w:proofErr w:type="spellEnd"/>
      <w:r w:rsidRPr="00121AED">
        <w:rPr>
          <w:sz w:val="18"/>
        </w:rPr>
        <w:t xml:space="preserve"> </w:t>
      </w:r>
      <w:proofErr w:type="spellStart"/>
      <w:r w:rsidRPr="00121AED">
        <w:rPr>
          <w:sz w:val="18"/>
        </w:rPr>
        <w:t>organizada</w:t>
      </w:r>
      <w:proofErr w:type="spellEnd"/>
      <w:r w:rsidRPr="00121AED">
        <w:rPr>
          <w:sz w:val="18"/>
        </w:rPr>
        <w:t xml:space="preserve"> </w:t>
      </w:r>
      <w:proofErr w:type="spellStart"/>
      <w:r w:rsidRPr="00121AED">
        <w:rPr>
          <w:sz w:val="18"/>
        </w:rPr>
        <w:t>políticamente</w:t>
      </w:r>
      <w:proofErr w:type="spellEnd"/>
      <w:r w:rsidRPr="00121AED">
        <w:rPr>
          <w:sz w:val="18"/>
        </w:rPr>
        <w:t xml:space="preserve"> la </w:t>
      </w:r>
      <w:proofErr w:type="spellStart"/>
      <w:r w:rsidRPr="00121AED">
        <w:rPr>
          <w:sz w:val="18"/>
        </w:rPr>
        <w:t>civilización</w:t>
      </w:r>
      <w:proofErr w:type="spellEnd"/>
      <w:r w:rsidRPr="00121AED">
        <w:rPr>
          <w:sz w:val="18"/>
        </w:rPr>
        <w:t xml:space="preserve"> </w:t>
      </w:r>
      <w:proofErr w:type="spellStart"/>
      <w:proofErr w:type="gramStart"/>
      <w:r w:rsidRPr="00121AED">
        <w:rPr>
          <w:sz w:val="18"/>
        </w:rPr>
        <w:t>maya?a</w:t>
      </w:r>
      <w:proofErr w:type="spellEnd"/>
      <w:proofErr w:type="gramEnd"/>
      <w:r w:rsidRPr="00121AED">
        <w:rPr>
          <w:sz w:val="18"/>
        </w:rPr>
        <w:t xml:space="preserve">) En </w:t>
      </w:r>
      <w:proofErr w:type="spellStart"/>
      <w:r w:rsidRPr="00121AED">
        <w:rPr>
          <w:sz w:val="18"/>
        </w:rPr>
        <w:t>ciudades</w:t>
      </w:r>
      <w:proofErr w:type="spellEnd"/>
      <w:r w:rsidRPr="00121AED">
        <w:rPr>
          <w:sz w:val="18"/>
        </w:rPr>
        <w:t>-Estado.</w:t>
      </w:r>
      <w:r>
        <w:rPr>
          <w:sz w:val="18"/>
        </w:rPr>
        <w:t xml:space="preserve">  </w:t>
      </w:r>
      <w:r w:rsidRPr="00121AED">
        <w:rPr>
          <w:sz w:val="18"/>
        </w:rPr>
        <w:t xml:space="preserve">b) En un </w:t>
      </w:r>
      <w:proofErr w:type="spellStart"/>
      <w:r w:rsidRPr="00121AED">
        <w:rPr>
          <w:sz w:val="18"/>
        </w:rPr>
        <w:t>único</w:t>
      </w:r>
      <w:proofErr w:type="spellEnd"/>
      <w:r w:rsidRPr="00121AED">
        <w:rPr>
          <w:sz w:val="18"/>
        </w:rPr>
        <w:t xml:space="preserve"> </w:t>
      </w:r>
      <w:proofErr w:type="spellStart"/>
      <w:r w:rsidRPr="00121AED">
        <w:rPr>
          <w:sz w:val="18"/>
        </w:rPr>
        <w:t>imperio</w:t>
      </w:r>
      <w:proofErr w:type="spellEnd"/>
      <w:r w:rsidRPr="00121AED">
        <w:rPr>
          <w:sz w:val="18"/>
        </w:rPr>
        <w:t>.</w:t>
      </w:r>
      <w:r>
        <w:rPr>
          <w:sz w:val="18"/>
        </w:rPr>
        <w:t xml:space="preserve"> </w:t>
      </w:r>
      <w:r w:rsidRPr="00121AED">
        <w:rPr>
          <w:sz w:val="18"/>
        </w:rPr>
        <w:t xml:space="preserve">c) En </w:t>
      </w:r>
      <w:proofErr w:type="spellStart"/>
      <w:r w:rsidRPr="00121AED">
        <w:rPr>
          <w:sz w:val="18"/>
        </w:rPr>
        <w:t>pequeñas</w:t>
      </w:r>
      <w:proofErr w:type="spellEnd"/>
      <w:r w:rsidRPr="00121AED">
        <w:rPr>
          <w:sz w:val="18"/>
        </w:rPr>
        <w:t xml:space="preserve"> aldeas </w:t>
      </w:r>
    </w:p>
    <w:p w14:paraId="2FA8A777" w14:textId="11F79CB9" w:rsidR="00121AED" w:rsidRPr="00121AED" w:rsidRDefault="00121AED" w:rsidP="00121AED">
      <w:pPr>
        <w:spacing w:after="20"/>
        <w:rPr>
          <w:sz w:val="18"/>
        </w:rPr>
      </w:pPr>
      <w:r>
        <w:rPr>
          <w:sz w:val="18"/>
        </w:rPr>
        <w:t>8</w:t>
      </w:r>
      <w:r w:rsidRPr="00121AED">
        <w:rPr>
          <w:sz w:val="18"/>
        </w:rPr>
        <w:t xml:space="preserve">. En la </w:t>
      </w:r>
      <w:proofErr w:type="spellStart"/>
      <w:r w:rsidRPr="00121AED">
        <w:rPr>
          <w:sz w:val="18"/>
        </w:rPr>
        <w:t>sociedad</w:t>
      </w:r>
      <w:proofErr w:type="spellEnd"/>
      <w:r w:rsidRPr="00121AED">
        <w:rPr>
          <w:sz w:val="18"/>
        </w:rPr>
        <w:t xml:space="preserve"> </w:t>
      </w:r>
      <w:proofErr w:type="spellStart"/>
      <w:r w:rsidRPr="00121AED">
        <w:rPr>
          <w:sz w:val="18"/>
        </w:rPr>
        <w:t>azteca</w:t>
      </w:r>
      <w:proofErr w:type="spellEnd"/>
      <w:r w:rsidRPr="00121AED">
        <w:rPr>
          <w:sz w:val="18"/>
        </w:rPr>
        <w:t xml:space="preserve">, </w:t>
      </w:r>
      <w:proofErr w:type="spellStart"/>
      <w:r w:rsidRPr="00121AED">
        <w:rPr>
          <w:sz w:val="18"/>
        </w:rPr>
        <w:t>el</w:t>
      </w:r>
      <w:proofErr w:type="spellEnd"/>
      <w:r w:rsidRPr="00121AED">
        <w:rPr>
          <w:sz w:val="18"/>
        </w:rPr>
        <w:t xml:space="preserve"> </w:t>
      </w:r>
      <w:proofErr w:type="spellStart"/>
      <w:r w:rsidRPr="00121AED">
        <w:rPr>
          <w:sz w:val="18"/>
        </w:rPr>
        <w:t>gobernante</w:t>
      </w:r>
      <w:proofErr w:type="spellEnd"/>
      <w:r w:rsidRPr="00121AED">
        <w:rPr>
          <w:sz w:val="18"/>
        </w:rPr>
        <w:t xml:space="preserve"> principal era </w:t>
      </w:r>
      <w:proofErr w:type="spellStart"/>
      <w:r w:rsidRPr="00121AED">
        <w:rPr>
          <w:sz w:val="18"/>
        </w:rPr>
        <w:t>conocido</w:t>
      </w:r>
      <w:proofErr w:type="spellEnd"/>
      <w:r w:rsidRPr="00121AED">
        <w:rPr>
          <w:sz w:val="18"/>
        </w:rPr>
        <w:t xml:space="preserve"> </w:t>
      </w:r>
      <w:proofErr w:type="spellStart"/>
      <w:r w:rsidRPr="00121AED">
        <w:rPr>
          <w:sz w:val="18"/>
        </w:rPr>
        <w:t>como</w:t>
      </w:r>
      <w:proofErr w:type="spellEnd"/>
      <w:r w:rsidRPr="00121AED">
        <w:rPr>
          <w:sz w:val="18"/>
        </w:rPr>
        <w:t>:</w:t>
      </w:r>
      <w:r>
        <w:rPr>
          <w:sz w:val="18"/>
        </w:rPr>
        <w:t xml:space="preserve">  </w:t>
      </w:r>
      <w:r w:rsidRPr="00121AED">
        <w:rPr>
          <w:sz w:val="18"/>
        </w:rPr>
        <w:t>a) Sapa Inca.</w:t>
      </w:r>
      <w:r>
        <w:rPr>
          <w:sz w:val="18"/>
        </w:rPr>
        <w:t xml:space="preserve">              </w:t>
      </w:r>
      <w:r w:rsidRPr="00121AED">
        <w:rPr>
          <w:sz w:val="18"/>
        </w:rPr>
        <w:t>b) Huey Tlatoani.</w:t>
      </w:r>
      <w:r>
        <w:rPr>
          <w:sz w:val="18"/>
        </w:rPr>
        <w:t xml:space="preserve">             </w:t>
      </w:r>
      <w:r w:rsidRPr="00121AED">
        <w:rPr>
          <w:sz w:val="18"/>
        </w:rPr>
        <w:t xml:space="preserve">c) </w:t>
      </w:r>
      <w:proofErr w:type="spellStart"/>
      <w:r w:rsidRPr="00121AED">
        <w:rPr>
          <w:sz w:val="18"/>
        </w:rPr>
        <w:t>Faraón</w:t>
      </w:r>
      <w:proofErr w:type="spellEnd"/>
      <w:r w:rsidRPr="00121AED">
        <w:rPr>
          <w:sz w:val="18"/>
        </w:rPr>
        <w:t>.</w:t>
      </w:r>
    </w:p>
    <w:p w14:paraId="1868181B" w14:textId="0711AD2E" w:rsidR="00121AED" w:rsidRPr="00121AED" w:rsidRDefault="00121AED" w:rsidP="00121AED">
      <w:pPr>
        <w:spacing w:after="20"/>
        <w:rPr>
          <w:sz w:val="18"/>
        </w:rPr>
      </w:pPr>
      <w:r>
        <w:rPr>
          <w:sz w:val="18"/>
        </w:rPr>
        <w:t>9</w:t>
      </w:r>
      <w:r w:rsidRPr="00121AED">
        <w:rPr>
          <w:sz w:val="18"/>
        </w:rPr>
        <w:t xml:space="preserve">. El Imperio inca </w:t>
      </w:r>
      <w:proofErr w:type="spellStart"/>
      <w:r w:rsidRPr="00121AED">
        <w:rPr>
          <w:sz w:val="18"/>
        </w:rPr>
        <w:t>estaba</w:t>
      </w:r>
      <w:proofErr w:type="spellEnd"/>
      <w:r w:rsidRPr="00121AED">
        <w:rPr>
          <w:sz w:val="18"/>
        </w:rPr>
        <w:t xml:space="preserve"> </w:t>
      </w:r>
      <w:proofErr w:type="spellStart"/>
      <w:r w:rsidRPr="00121AED">
        <w:rPr>
          <w:sz w:val="18"/>
        </w:rPr>
        <w:t>dirigido</w:t>
      </w:r>
      <w:proofErr w:type="spellEnd"/>
      <w:r w:rsidRPr="00121AED">
        <w:rPr>
          <w:sz w:val="18"/>
        </w:rPr>
        <w:t xml:space="preserve"> </w:t>
      </w:r>
      <w:proofErr w:type="spellStart"/>
      <w:r w:rsidRPr="00121AED">
        <w:rPr>
          <w:sz w:val="18"/>
        </w:rPr>
        <w:t>por</w:t>
      </w:r>
      <w:proofErr w:type="spellEnd"/>
      <w:r w:rsidRPr="00121AED">
        <w:rPr>
          <w:sz w:val="18"/>
        </w:rPr>
        <w:t>:</w:t>
      </w:r>
      <w:r>
        <w:rPr>
          <w:sz w:val="18"/>
        </w:rPr>
        <w:t xml:space="preserve">      </w:t>
      </w:r>
      <w:r w:rsidRPr="00121AED">
        <w:rPr>
          <w:sz w:val="18"/>
        </w:rPr>
        <w:t>a) El Huey Tlatoani.</w:t>
      </w:r>
      <w:r>
        <w:rPr>
          <w:sz w:val="18"/>
        </w:rPr>
        <w:t xml:space="preserve">            </w:t>
      </w:r>
      <w:r w:rsidRPr="00121AED">
        <w:rPr>
          <w:sz w:val="18"/>
        </w:rPr>
        <w:t>b) El Sapa Inca.</w:t>
      </w:r>
      <w:r>
        <w:rPr>
          <w:sz w:val="18"/>
        </w:rPr>
        <w:t xml:space="preserve">             </w:t>
      </w:r>
      <w:r w:rsidRPr="00121AED">
        <w:rPr>
          <w:sz w:val="18"/>
        </w:rPr>
        <w:t xml:space="preserve">c) Los </w:t>
      </w:r>
      <w:proofErr w:type="spellStart"/>
      <w:r w:rsidRPr="00121AED">
        <w:rPr>
          <w:sz w:val="18"/>
        </w:rPr>
        <w:t>sacerdotes</w:t>
      </w:r>
      <w:proofErr w:type="spellEnd"/>
      <w:r w:rsidRPr="00121AED">
        <w:rPr>
          <w:sz w:val="18"/>
        </w:rPr>
        <w:t xml:space="preserve"> </w:t>
      </w:r>
      <w:proofErr w:type="spellStart"/>
      <w:proofErr w:type="gramStart"/>
      <w:r w:rsidRPr="00121AED">
        <w:rPr>
          <w:sz w:val="18"/>
        </w:rPr>
        <w:t>mayas</w:t>
      </w:r>
      <w:proofErr w:type="spellEnd"/>
      <w:r w:rsidRPr="00121AED">
        <w:rPr>
          <w:sz w:val="18"/>
        </w:rPr>
        <w:t>..</w:t>
      </w:r>
      <w:proofErr w:type="gramEnd"/>
    </w:p>
    <w:p w14:paraId="0037E20F" w14:textId="17EDF08E" w:rsidR="00121AED" w:rsidRPr="00121AED" w:rsidRDefault="00121AED" w:rsidP="00121AED">
      <w:pPr>
        <w:spacing w:after="20"/>
        <w:rPr>
          <w:sz w:val="18"/>
        </w:rPr>
      </w:pPr>
      <w:r>
        <w:rPr>
          <w:sz w:val="18"/>
        </w:rPr>
        <w:t>10</w:t>
      </w:r>
      <w:r w:rsidRPr="00121AED">
        <w:rPr>
          <w:sz w:val="18"/>
        </w:rPr>
        <w:t xml:space="preserve">. Una </w:t>
      </w:r>
      <w:proofErr w:type="spellStart"/>
      <w:r w:rsidRPr="00121AED">
        <w:rPr>
          <w:sz w:val="18"/>
        </w:rPr>
        <w:t>actividad</w:t>
      </w:r>
      <w:proofErr w:type="spellEnd"/>
      <w:r w:rsidRPr="00121AED">
        <w:rPr>
          <w:sz w:val="18"/>
        </w:rPr>
        <w:t xml:space="preserve"> </w:t>
      </w:r>
      <w:proofErr w:type="spellStart"/>
      <w:r w:rsidRPr="00121AED">
        <w:rPr>
          <w:sz w:val="18"/>
        </w:rPr>
        <w:t>económica</w:t>
      </w:r>
      <w:proofErr w:type="spellEnd"/>
      <w:r w:rsidRPr="00121AED">
        <w:rPr>
          <w:sz w:val="18"/>
        </w:rPr>
        <w:t xml:space="preserve"> </w:t>
      </w:r>
      <w:proofErr w:type="spellStart"/>
      <w:r w:rsidRPr="00121AED">
        <w:rPr>
          <w:sz w:val="18"/>
        </w:rPr>
        <w:t>importante</w:t>
      </w:r>
      <w:proofErr w:type="spellEnd"/>
      <w:r w:rsidRPr="00121AED">
        <w:rPr>
          <w:sz w:val="18"/>
        </w:rPr>
        <w:t xml:space="preserve"> de </w:t>
      </w:r>
      <w:proofErr w:type="spellStart"/>
      <w:r w:rsidRPr="00121AED">
        <w:rPr>
          <w:sz w:val="18"/>
        </w:rPr>
        <w:t>mayas</w:t>
      </w:r>
      <w:proofErr w:type="spellEnd"/>
      <w:r w:rsidRPr="00121AED">
        <w:rPr>
          <w:sz w:val="18"/>
        </w:rPr>
        <w:t xml:space="preserve">, </w:t>
      </w:r>
      <w:proofErr w:type="spellStart"/>
      <w:r w:rsidRPr="00121AED">
        <w:rPr>
          <w:sz w:val="18"/>
        </w:rPr>
        <w:t>aztecas</w:t>
      </w:r>
      <w:proofErr w:type="spellEnd"/>
      <w:r w:rsidRPr="00121AED">
        <w:rPr>
          <w:sz w:val="18"/>
        </w:rPr>
        <w:t xml:space="preserve"> e incas </w:t>
      </w:r>
      <w:proofErr w:type="spellStart"/>
      <w:proofErr w:type="gramStart"/>
      <w:r w:rsidRPr="00121AED">
        <w:rPr>
          <w:sz w:val="18"/>
        </w:rPr>
        <w:t>fue:a</w:t>
      </w:r>
      <w:proofErr w:type="spellEnd"/>
      <w:proofErr w:type="gramEnd"/>
      <w:r w:rsidRPr="00121AED">
        <w:rPr>
          <w:sz w:val="18"/>
        </w:rPr>
        <w:t xml:space="preserve">) La </w:t>
      </w:r>
      <w:proofErr w:type="spellStart"/>
      <w:r w:rsidRPr="00121AED">
        <w:rPr>
          <w:sz w:val="18"/>
        </w:rPr>
        <w:t>agricultura</w:t>
      </w:r>
      <w:proofErr w:type="spellEnd"/>
      <w:r w:rsidRPr="00121AED">
        <w:rPr>
          <w:sz w:val="18"/>
        </w:rPr>
        <w:t>.</w:t>
      </w:r>
      <w:r>
        <w:rPr>
          <w:sz w:val="18"/>
        </w:rPr>
        <w:t xml:space="preserve"> </w:t>
      </w:r>
      <w:r w:rsidRPr="00121AED">
        <w:rPr>
          <w:sz w:val="18"/>
        </w:rPr>
        <w:t xml:space="preserve">b) La </w:t>
      </w:r>
      <w:proofErr w:type="spellStart"/>
      <w:r w:rsidRPr="00121AED">
        <w:rPr>
          <w:sz w:val="18"/>
        </w:rPr>
        <w:t>industria</w:t>
      </w:r>
      <w:proofErr w:type="spellEnd"/>
      <w:r w:rsidRPr="00121AED">
        <w:rPr>
          <w:sz w:val="18"/>
        </w:rPr>
        <w:t xml:space="preserve"> </w:t>
      </w:r>
      <w:proofErr w:type="spellStart"/>
      <w:r w:rsidRPr="00121AED">
        <w:rPr>
          <w:sz w:val="18"/>
        </w:rPr>
        <w:t>moderna.c</w:t>
      </w:r>
      <w:proofErr w:type="spellEnd"/>
      <w:r w:rsidRPr="00121AED">
        <w:rPr>
          <w:sz w:val="18"/>
        </w:rPr>
        <w:t xml:space="preserve">) La </w:t>
      </w:r>
      <w:proofErr w:type="spellStart"/>
      <w:r>
        <w:rPr>
          <w:sz w:val="18"/>
        </w:rPr>
        <w:t>escultura</w:t>
      </w:r>
      <w:proofErr w:type="spellEnd"/>
    </w:p>
    <w:p w14:paraId="2421586B" w14:textId="5EAA3DB0" w:rsidR="00121AED" w:rsidRPr="00121AED" w:rsidRDefault="00143A0D" w:rsidP="00121AED">
      <w:pPr>
        <w:spacing w:after="20"/>
        <w:rPr>
          <w:sz w:val="18"/>
        </w:rPr>
      </w:pPr>
      <w:r>
        <w:rPr>
          <w:sz w:val="18"/>
        </w:rPr>
        <w:t>11</w:t>
      </w:r>
      <w:r w:rsidR="00121AED" w:rsidRPr="00121AED">
        <w:rPr>
          <w:sz w:val="18"/>
        </w:rPr>
        <w:t xml:space="preserve">. Los </w:t>
      </w:r>
      <w:proofErr w:type="spellStart"/>
      <w:r w:rsidR="00121AED" w:rsidRPr="00121AED">
        <w:rPr>
          <w:sz w:val="18"/>
        </w:rPr>
        <w:t>aztecas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desarrollaron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una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técnica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agrícola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conocida</w:t>
      </w:r>
      <w:proofErr w:type="spellEnd"/>
      <w:r w:rsidR="00121AED" w:rsidRPr="00121AED">
        <w:rPr>
          <w:sz w:val="18"/>
        </w:rPr>
        <w:t xml:space="preserve"> </w:t>
      </w:r>
      <w:proofErr w:type="spellStart"/>
      <w:proofErr w:type="gramStart"/>
      <w:r w:rsidR="00121AED" w:rsidRPr="00121AED">
        <w:rPr>
          <w:sz w:val="18"/>
        </w:rPr>
        <w:t>como:a</w:t>
      </w:r>
      <w:proofErr w:type="spellEnd"/>
      <w:proofErr w:type="gramEnd"/>
      <w:r w:rsidR="00121AED" w:rsidRPr="00121AED">
        <w:rPr>
          <w:sz w:val="18"/>
        </w:rPr>
        <w:t>) Chinampas.</w:t>
      </w:r>
      <w:r w:rsidR="00121AED">
        <w:rPr>
          <w:sz w:val="18"/>
        </w:rPr>
        <w:t xml:space="preserve">        </w:t>
      </w:r>
      <w:r w:rsidR="00121AED" w:rsidRPr="00121AED">
        <w:rPr>
          <w:sz w:val="18"/>
        </w:rPr>
        <w:t>b) Quipus.</w:t>
      </w:r>
      <w:r w:rsidR="00121AED">
        <w:rPr>
          <w:sz w:val="18"/>
        </w:rPr>
        <w:t xml:space="preserve">                    </w:t>
      </w:r>
      <w:r w:rsidR="00121AED" w:rsidRPr="00121AED">
        <w:rPr>
          <w:sz w:val="18"/>
        </w:rPr>
        <w:t xml:space="preserve">c) </w:t>
      </w:r>
      <w:proofErr w:type="spellStart"/>
      <w:r w:rsidR="00121AED" w:rsidRPr="00121AED">
        <w:rPr>
          <w:sz w:val="18"/>
        </w:rPr>
        <w:t>Andenes</w:t>
      </w:r>
      <w:proofErr w:type="spellEnd"/>
      <w:r w:rsidR="00121AED" w:rsidRPr="00121AED">
        <w:rPr>
          <w:sz w:val="18"/>
        </w:rPr>
        <w:t>.</w:t>
      </w:r>
    </w:p>
    <w:p w14:paraId="5F9DC937" w14:textId="35CA1FB7" w:rsidR="00121AED" w:rsidRPr="00121AED" w:rsidRDefault="00143A0D" w:rsidP="00121AED">
      <w:pPr>
        <w:spacing w:after="20"/>
        <w:rPr>
          <w:sz w:val="18"/>
        </w:rPr>
      </w:pPr>
      <w:r>
        <w:rPr>
          <w:sz w:val="18"/>
        </w:rPr>
        <w:t>12</w:t>
      </w:r>
      <w:r w:rsidR="00121AED" w:rsidRPr="00121AED">
        <w:rPr>
          <w:sz w:val="18"/>
        </w:rPr>
        <w:t xml:space="preserve">. Los incas </w:t>
      </w:r>
      <w:proofErr w:type="spellStart"/>
      <w:r w:rsidR="00121AED" w:rsidRPr="00121AED">
        <w:rPr>
          <w:sz w:val="18"/>
        </w:rPr>
        <w:t>utilizaron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los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andenes</w:t>
      </w:r>
      <w:proofErr w:type="spellEnd"/>
      <w:r w:rsidR="00121AED" w:rsidRPr="00121AED">
        <w:rPr>
          <w:sz w:val="18"/>
        </w:rPr>
        <w:t xml:space="preserve"> o </w:t>
      </w:r>
      <w:proofErr w:type="spellStart"/>
      <w:r w:rsidR="00121AED" w:rsidRPr="00121AED">
        <w:rPr>
          <w:sz w:val="18"/>
        </w:rPr>
        <w:t>terrazas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agrícolas</w:t>
      </w:r>
      <w:proofErr w:type="spellEnd"/>
      <w:r w:rsidR="00121AED" w:rsidRPr="00121AED">
        <w:rPr>
          <w:sz w:val="18"/>
        </w:rPr>
        <w:t xml:space="preserve"> para:</w:t>
      </w:r>
      <w:r w:rsidR="00121AED">
        <w:rPr>
          <w:sz w:val="18"/>
        </w:rPr>
        <w:t xml:space="preserve">  </w:t>
      </w:r>
      <w:r w:rsidR="00121AED" w:rsidRPr="00121AED">
        <w:rPr>
          <w:sz w:val="18"/>
        </w:rPr>
        <w:t xml:space="preserve">a) Cultivar </w:t>
      </w:r>
      <w:proofErr w:type="spellStart"/>
      <w:r w:rsidR="00121AED" w:rsidRPr="00121AED">
        <w:rPr>
          <w:sz w:val="18"/>
        </w:rPr>
        <w:t>en</w:t>
      </w:r>
      <w:proofErr w:type="spellEnd"/>
      <w:r w:rsidR="00121AED" w:rsidRPr="00121AED">
        <w:rPr>
          <w:sz w:val="18"/>
        </w:rPr>
        <w:t xml:space="preserve"> zonas </w:t>
      </w:r>
      <w:proofErr w:type="spellStart"/>
      <w:r w:rsidR="00121AED" w:rsidRPr="00121AED">
        <w:rPr>
          <w:sz w:val="18"/>
        </w:rPr>
        <w:t>montañosas</w:t>
      </w:r>
      <w:proofErr w:type="spellEnd"/>
      <w:r w:rsidR="00121AED" w:rsidRPr="00121AED">
        <w:rPr>
          <w:sz w:val="18"/>
        </w:rPr>
        <w:t>.</w:t>
      </w:r>
    </w:p>
    <w:p w14:paraId="433D2057" w14:textId="77777777" w:rsidR="00121AED" w:rsidRPr="00121AED" w:rsidRDefault="00121AED" w:rsidP="00121AED">
      <w:pPr>
        <w:spacing w:after="0"/>
        <w:ind w:left="259"/>
        <w:rPr>
          <w:sz w:val="18"/>
        </w:rPr>
      </w:pPr>
      <w:r w:rsidRPr="00121AED">
        <w:rPr>
          <w:sz w:val="18"/>
        </w:rPr>
        <w:t xml:space="preserve">b) </w:t>
      </w:r>
      <w:proofErr w:type="spellStart"/>
      <w:r w:rsidRPr="00121AED">
        <w:rPr>
          <w:sz w:val="18"/>
        </w:rPr>
        <w:t>Realizar</w:t>
      </w:r>
      <w:proofErr w:type="spellEnd"/>
      <w:r w:rsidRPr="00121AED">
        <w:rPr>
          <w:sz w:val="18"/>
        </w:rPr>
        <w:t xml:space="preserve"> </w:t>
      </w:r>
      <w:proofErr w:type="spellStart"/>
      <w:r w:rsidRPr="00121AED">
        <w:rPr>
          <w:sz w:val="18"/>
        </w:rPr>
        <w:t>ceremonias</w:t>
      </w:r>
      <w:proofErr w:type="spellEnd"/>
      <w:r w:rsidRPr="00121AED">
        <w:rPr>
          <w:sz w:val="18"/>
        </w:rPr>
        <w:t xml:space="preserve"> </w:t>
      </w:r>
      <w:proofErr w:type="spellStart"/>
      <w:r w:rsidRPr="00121AED">
        <w:rPr>
          <w:sz w:val="18"/>
        </w:rPr>
        <w:t>religiosas</w:t>
      </w:r>
      <w:proofErr w:type="spellEnd"/>
      <w:r w:rsidRPr="00121AED">
        <w:rPr>
          <w:sz w:val="18"/>
        </w:rPr>
        <w:t>.</w:t>
      </w:r>
    </w:p>
    <w:p w14:paraId="18B2A89F" w14:textId="3BBD65D1" w:rsidR="00121AED" w:rsidRPr="00121AED" w:rsidRDefault="00121AED" w:rsidP="00143A0D">
      <w:pPr>
        <w:spacing w:after="0"/>
        <w:ind w:left="259"/>
        <w:rPr>
          <w:sz w:val="18"/>
        </w:rPr>
      </w:pPr>
      <w:r w:rsidRPr="00121AED">
        <w:rPr>
          <w:sz w:val="18"/>
        </w:rPr>
        <w:t xml:space="preserve">c) </w:t>
      </w:r>
      <w:proofErr w:type="spellStart"/>
      <w:r w:rsidRPr="00121AED">
        <w:rPr>
          <w:sz w:val="18"/>
        </w:rPr>
        <w:t>Construir</w:t>
      </w:r>
      <w:proofErr w:type="spellEnd"/>
      <w:r w:rsidRPr="00121AED">
        <w:rPr>
          <w:sz w:val="18"/>
        </w:rPr>
        <w:t xml:space="preserve"> </w:t>
      </w:r>
      <w:proofErr w:type="spellStart"/>
      <w:proofErr w:type="gramStart"/>
      <w:r w:rsidRPr="00121AED">
        <w:rPr>
          <w:sz w:val="18"/>
        </w:rPr>
        <w:t>viviendas</w:t>
      </w:r>
      <w:proofErr w:type="spellEnd"/>
      <w:r w:rsidRPr="00121AED">
        <w:rPr>
          <w:sz w:val="18"/>
        </w:rPr>
        <w:t>..</w:t>
      </w:r>
      <w:proofErr w:type="gramEnd"/>
    </w:p>
    <w:p w14:paraId="75001A1E" w14:textId="15564B2E" w:rsidR="00121AED" w:rsidRPr="00143A0D" w:rsidRDefault="00143A0D" w:rsidP="00143A0D">
      <w:pPr>
        <w:spacing w:after="20"/>
        <w:rPr>
          <w:sz w:val="18"/>
        </w:rPr>
      </w:pPr>
      <w:r>
        <w:rPr>
          <w:sz w:val="18"/>
        </w:rPr>
        <w:t>13</w:t>
      </w:r>
      <w:r w:rsidR="00121AED" w:rsidRPr="00121AED">
        <w:rPr>
          <w:sz w:val="18"/>
        </w:rPr>
        <w:t xml:space="preserve">. La </w:t>
      </w:r>
      <w:proofErr w:type="spellStart"/>
      <w:r w:rsidR="00121AED" w:rsidRPr="00121AED">
        <w:rPr>
          <w:sz w:val="18"/>
        </w:rPr>
        <w:t>religión</w:t>
      </w:r>
      <w:proofErr w:type="spellEnd"/>
      <w:r w:rsidR="00121AED" w:rsidRPr="00121AED">
        <w:rPr>
          <w:sz w:val="18"/>
        </w:rPr>
        <w:t xml:space="preserve"> de </w:t>
      </w:r>
      <w:proofErr w:type="spellStart"/>
      <w:r w:rsidR="00121AED" w:rsidRPr="00121AED">
        <w:rPr>
          <w:sz w:val="18"/>
        </w:rPr>
        <w:t>estas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civilizaciones</w:t>
      </w:r>
      <w:proofErr w:type="spellEnd"/>
      <w:r w:rsidR="00121AED" w:rsidRPr="00121AED">
        <w:rPr>
          <w:sz w:val="18"/>
        </w:rPr>
        <w:t xml:space="preserve"> se </w:t>
      </w:r>
      <w:proofErr w:type="spellStart"/>
      <w:r w:rsidR="00121AED" w:rsidRPr="00121AED">
        <w:rPr>
          <w:sz w:val="18"/>
        </w:rPr>
        <w:t>caracterizó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principalmente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por</w:t>
      </w:r>
      <w:proofErr w:type="spellEnd"/>
      <w:r w:rsidR="00121AED" w:rsidRPr="00121AED">
        <w:rPr>
          <w:sz w:val="18"/>
        </w:rPr>
        <w:t>:</w:t>
      </w:r>
      <w:r>
        <w:rPr>
          <w:sz w:val="18"/>
        </w:rPr>
        <w:t xml:space="preserve"> </w:t>
      </w:r>
      <w:r w:rsidR="00121AED" w:rsidRPr="00121AED">
        <w:rPr>
          <w:sz w:val="18"/>
        </w:rPr>
        <w:t xml:space="preserve">a) El </w:t>
      </w:r>
      <w:proofErr w:type="spellStart"/>
      <w:proofErr w:type="gramStart"/>
      <w:r w:rsidR="00121AED" w:rsidRPr="00121AED">
        <w:rPr>
          <w:sz w:val="18"/>
        </w:rPr>
        <w:t>politeísmo.b</w:t>
      </w:r>
      <w:proofErr w:type="spellEnd"/>
      <w:proofErr w:type="gramEnd"/>
      <w:r w:rsidR="00121AED" w:rsidRPr="00121AED">
        <w:rPr>
          <w:sz w:val="18"/>
        </w:rPr>
        <w:t xml:space="preserve">) El </w:t>
      </w:r>
      <w:proofErr w:type="spellStart"/>
      <w:r w:rsidR="00121AED" w:rsidRPr="00121AED">
        <w:rPr>
          <w:sz w:val="18"/>
        </w:rPr>
        <w:t>ateísmo</w:t>
      </w:r>
      <w:proofErr w:type="spellEnd"/>
      <w:r w:rsidR="00121AED" w:rsidRPr="00121AED">
        <w:rPr>
          <w:sz w:val="18"/>
        </w:rPr>
        <w:t>.</w:t>
      </w:r>
      <w:r>
        <w:rPr>
          <w:sz w:val="18"/>
        </w:rPr>
        <w:t xml:space="preserve"> </w:t>
      </w:r>
      <w:r w:rsidR="00121AED" w:rsidRPr="00121AED">
        <w:rPr>
          <w:sz w:val="18"/>
        </w:rPr>
        <w:t xml:space="preserve">c) El </w:t>
      </w:r>
      <w:proofErr w:type="spellStart"/>
      <w:r w:rsidR="00121AED" w:rsidRPr="00121AED">
        <w:rPr>
          <w:sz w:val="18"/>
        </w:rPr>
        <w:t>monoteísmo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cristiano</w:t>
      </w:r>
      <w:proofErr w:type="spellEnd"/>
      <w:r w:rsidR="00121AED" w:rsidRPr="00121AED">
        <w:rPr>
          <w:sz w:val="18"/>
        </w:rPr>
        <w:t>.</w:t>
      </w:r>
    </w:p>
    <w:p w14:paraId="08002640" w14:textId="07983399" w:rsidR="00E205CD" w:rsidRDefault="00000000">
      <w:pPr>
        <w:spacing w:after="40" w:line="240" w:lineRule="auto"/>
      </w:pPr>
      <w:r w:rsidRPr="00121AED">
        <w:rPr>
          <w:b/>
          <w:bCs/>
          <w:sz w:val="18"/>
        </w:rPr>
        <w:t>II. RELACIONE.</w:t>
      </w:r>
      <w:r>
        <w:rPr>
          <w:sz w:val="18"/>
        </w:rPr>
        <w:t xml:space="preserve"> Escriba la letra de la civilización que corresponde. (6 puntos)</w:t>
      </w:r>
    </w:p>
    <w:p w14:paraId="08C82385" w14:textId="77777777" w:rsidR="00E205CD" w:rsidRDefault="00000000">
      <w:pPr>
        <w:spacing w:after="40" w:line="240" w:lineRule="auto"/>
      </w:pPr>
      <w:r>
        <w:rPr>
          <w:sz w:val="18"/>
        </w:rPr>
        <w:t>A. MAYA     B. AZTECA     C. INCA</w:t>
      </w:r>
    </w:p>
    <w:p w14:paraId="010756A0" w14:textId="6F977C83" w:rsidR="00E205CD" w:rsidRDefault="00143A0D">
      <w:pPr>
        <w:spacing w:after="40" w:line="240" w:lineRule="auto"/>
      </w:pPr>
      <w:r>
        <w:rPr>
          <w:sz w:val="18"/>
        </w:rPr>
        <w:t>1</w:t>
      </w:r>
      <w:r w:rsidR="00000000">
        <w:rPr>
          <w:sz w:val="18"/>
        </w:rPr>
        <w:t>. _____ Tenochtitlan y lago Texcoco.</w:t>
      </w:r>
    </w:p>
    <w:p w14:paraId="1192D92C" w14:textId="21908E40" w:rsidR="00E205CD" w:rsidRDefault="00143A0D">
      <w:pPr>
        <w:spacing w:after="40" w:line="240" w:lineRule="auto"/>
      </w:pPr>
      <w:r>
        <w:rPr>
          <w:sz w:val="18"/>
        </w:rPr>
        <w:t>2</w:t>
      </w:r>
      <w:r w:rsidR="00000000">
        <w:rPr>
          <w:sz w:val="18"/>
        </w:rPr>
        <w:t xml:space="preserve"> _____ </w:t>
      </w:r>
      <w:proofErr w:type="spellStart"/>
      <w:r w:rsidR="00000000">
        <w:rPr>
          <w:sz w:val="18"/>
        </w:rPr>
        <w:t>Tahuantinsuyo</w:t>
      </w:r>
      <w:proofErr w:type="spellEnd"/>
      <w:r w:rsidR="00000000">
        <w:rPr>
          <w:sz w:val="18"/>
        </w:rPr>
        <w:t xml:space="preserve"> y cuatro suyus.</w:t>
      </w:r>
    </w:p>
    <w:p w14:paraId="49A2246F" w14:textId="41ADED04" w:rsidR="00E205CD" w:rsidRDefault="00143A0D">
      <w:pPr>
        <w:spacing w:after="40" w:line="240" w:lineRule="auto"/>
      </w:pPr>
      <w:r>
        <w:rPr>
          <w:sz w:val="18"/>
        </w:rPr>
        <w:t>3</w:t>
      </w:r>
      <w:r w:rsidR="00000000">
        <w:rPr>
          <w:sz w:val="18"/>
        </w:rPr>
        <w:t>. _____ Más de 30 lenguas mayas continúan hablándose en la actualidad.</w:t>
      </w:r>
    </w:p>
    <w:p w14:paraId="6C5C852F" w14:textId="486A7C08" w:rsidR="00E205CD" w:rsidRDefault="00143A0D">
      <w:pPr>
        <w:spacing w:after="40" w:line="240" w:lineRule="auto"/>
      </w:pPr>
      <w:r>
        <w:rPr>
          <w:sz w:val="18"/>
        </w:rPr>
        <w:t>4</w:t>
      </w:r>
      <w:r w:rsidR="00000000">
        <w:rPr>
          <w:sz w:val="18"/>
        </w:rPr>
        <w:t>. _____ Pochtecas: comerciantes especializados en intercambios a larga distancia.</w:t>
      </w:r>
    </w:p>
    <w:p w14:paraId="346E4FEA" w14:textId="382526FC" w:rsidR="00E205CD" w:rsidRDefault="00143A0D">
      <w:pPr>
        <w:spacing w:after="40" w:line="240" w:lineRule="auto"/>
      </w:pPr>
      <w:r>
        <w:rPr>
          <w:sz w:val="18"/>
        </w:rPr>
        <w:t>5</w:t>
      </w:r>
      <w:r w:rsidR="00000000">
        <w:rPr>
          <w:sz w:val="18"/>
        </w:rPr>
        <w:t>. _____ Qhapaq Ñan: extensa red de caminos.</w:t>
      </w:r>
    </w:p>
    <w:p w14:paraId="5F0E1DF3" w14:textId="0455507E" w:rsidR="00121AED" w:rsidRPr="00121AED" w:rsidRDefault="00143A0D">
      <w:pPr>
        <w:spacing w:after="40" w:line="240" w:lineRule="auto"/>
      </w:pPr>
      <w:r>
        <w:rPr>
          <w:sz w:val="18"/>
        </w:rPr>
        <w:t>6</w:t>
      </w:r>
      <w:r w:rsidR="00000000">
        <w:rPr>
          <w:sz w:val="18"/>
        </w:rPr>
        <w:t xml:space="preserve">. _____ Tikal y Chichén Itzá son ciudades </w:t>
      </w:r>
      <w:proofErr w:type="spellStart"/>
      <w:r w:rsidR="00000000">
        <w:rPr>
          <w:sz w:val="18"/>
        </w:rPr>
        <w:t>relacionadas</w:t>
      </w:r>
      <w:proofErr w:type="spellEnd"/>
      <w:r w:rsidR="00000000">
        <w:rPr>
          <w:sz w:val="18"/>
        </w:rPr>
        <w:t xml:space="preserve"> con </w:t>
      </w:r>
      <w:proofErr w:type="spellStart"/>
      <w:r w:rsidR="00000000">
        <w:rPr>
          <w:sz w:val="18"/>
        </w:rPr>
        <w:t>su</w:t>
      </w:r>
      <w:proofErr w:type="spellEnd"/>
      <w:r w:rsidR="00000000">
        <w:rPr>
          <w:sz w:val="18"/>
        </w:rPr>
        <w:t xml:space="preserve"> </w:t>
      </w:r>
      <w:proofErr w:type="spellStart"/>
      <w:r w:rsidR="00000000">
        <w:rPr>
          <w:sz w:val="18"/>
        </w:rPr>
        <w:t>desarrollo</w:t>
      </w:r>
      <w:proofErr w:type="spellEnd"/>
      <w:r w:rsidR="00000000">
        <w:rPr>
          <w:sz w:val="18"/>
        </w:rPr>
        <w:t>.</w:t>
      </w:r>
    </w:p>
    <w:p w14:paraId="521DE7C1" w14:textId="57FD9510" w:rsidR="00121AED" w:rsidRPr="00121AED" w:rsidRDefault="00143A0D" w:rsidP="00121AED">
      <w:pPr>
        <w:spacing w:after="20"/>
        <w:rPr>
          <w:sz w:val="18"/>
        </w:rPr>
      </w:pPr>
      <w:r>
        <w:rPr>
          <w:sz w:val="18"/>
        </w:rPr>
        <w:t>7</w:t>
      </w:r>
      <w:r w:rsidR="00121AED" w:rsidRPr="00121AED">
        <w:rPr>
          <w:sz w:val="18"/>
        </w:rPr>
        <w:t xml:space="preserve">. (____) </w:t>
      </w:r>
      <w:proofErr w:type="spellStart"/>
      <w:r w:rsidR="00121AED" w:rsidRPr="00121AED">
        <w:rPr>
          <w:sz w:val="18"/>
        </w:rPr>
        <w:t>Utilizaron</w:t>
      </w:r>
      <w:proofErr w:type="spellEnd"/>
      <w:r w:rsidR="00121AED" w:rsidRPr="00121AED">
        <w:rPr>
          <w:sz w:val="18"/>
        </w:rPr>
        <w:t xml:space="preserve"> chinampas </w:t>
      </w:r>
      <w:proofErr w:type="spellStart"/>
      <w:r w:rsidR="00121AED" w:rsidRPr="00121AED">
        <w:rPr>
          <w:sz w:val="18"/>
        </w:rPr>
        <w:t>como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técnica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agrícola</w:t>
      </w:r>
      <w:proofErr w:type="spellEnd"/>
      <w:r w:rsidR="00121AED" w:rsidRPr="00121AED">
        <w:rPr>
          <w:sz w:val="18"/>
        </w:rPr>
        <w:t>.</w:t>
      </w:r>
    </w:p>
    <w:p w14:paraId="6050AD47" w14:textId="364C75DB" w:rsidR="00121AED" w:rsidRPr="00121AED" w:rsidRDefault="00143A0D" w:rsidP="00121AED">
      <w:pPr>
        <w:spacing w:after="20"/>
        <w:rPr>
          <w:sz w:val="18"/>
        </w:rPr>
      </w:pPr>
      <w:r>
        <w:rPr>
          <w:sz w:val="18"/>
        </w:rPr>
        <w:t>8</w:t>
      </w:r>
      <w:r w:rsidR="00121AED" w:rsidRPr="00121AED">
        <w:rPr>
          <w:sz w:val="18"/>
        </w:rPr>
        <w:t xml:space="preserve">. (____) </w:t>
      </w:r>
      <w:proofErr w:type="spellStart"/>
      <w:r w:rsidR="00121AED" w:rsidRPr="00121AED">
        <w:rPr>
          <w:sz w:val="18"/>
        </w:rPr>
        <w:t>Desarrollaron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una</w:t>
      </w:r>
      <w:proofErr w:type="spellEnd"/>
      <w:r w:rsidR="00121AED" w:rsidRPr="00121AED">
        <w:rPr>
          <w:sz w:val="18"/>
        </w:rPr>
        <w:t xml:space="preserve"> extensa red de caminos.</w:t>
      </w:r>
    </w:p>
    <w:p w14:paraId="121478A7" w14:textId="2E5233BE" w:rsidR="00121AED" w:rsidRPr="00121AED" w:rsidRDefault="00143A0D" w:rsidP="00121AED">
      <w:pPr>
        <w:spacing w:after="20"/>
        <w:rPr>
          <w:sz w:val="18"/>
        </w:rPr>
      </w:pPr>
      <w:r>
        <w:rPr>
          <w:sz w:val="18"/>
        </w:rPr>
        <w:t>9</w:t>
      </w:r>
      <w:r w:rsidR="00121AED" w:rsidRPr="00121AED">
        <w:rPr>
          <w:sz w:val="18"/>
        </w:rPr>
        <w:t xml:space="preserve">. (____) </w:t>
      </w:r>
      <w:proofErr w:type="spellStart"/>
      <w:r w:rsidR="00121AED" w:rsidRPr="00121AED">
        <w:rPr>
          <w:sz w:val="18"/>
        </w:rPr>
        <w:t>Destacaron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en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astronomía</w:t>
      </w:r>
      <w:proofErr w:type="spellEnd"/>
      <w:r w:rsidR="00121AED" w:rsidRPr="00121AED">
        <w:rPr>
          <w:sz w:val="18"/>
        </w:rPr>
        <w:t xml:space="preserve"> y </w:t>
      </w:r>
      <w:proofErr w:type="spellStart"/>
      <w:r w:rsidR="00121AED" w:rsidRPr="00121AED">
        <w:rPr>
          <w:sz w:val="18"/>
        </w:rPr>
        <w:t>matemáticas</w:t>
      </w:r>
      <w:proofErr w:type="spellEnd"/>
      <w:r w:rsidR="00121AED" w:rsidRPr="00121AED">
        <w:rPr>
          <w:sz w:val="18"/>
        </w:rPr>
        <w:t>.</w:t>
      </w:r>
    </w:p>
    <w:p w14:paraId="36655BCF" w14:textId="342F403F" w:rsidR="00121AED" w:rsidRPr="00121AED" w:rsidRDefault="00143A0D" w:rsidP="00121AED">
      <w:pPr>
        <w:spacing w:after="20"/>
        <w:rPr>
          <w:sz w:val="18"/>
        </w:rPr>
      </w:pPr>
      <w:r>
        <w:rPr>
          <w:sz w:val="18"/>
        </w:rPr>
        <w:t>10</w:t>
      </w:r>
      <w:r w:rsidR="00121AED" w:rsidRPr="00121AED">
        <w:rPr>
          <w:sz w:val="18"/>
        </w:rPr>
        <w:t xml:space="preserve">. (____) </w:t>
      </w:r>
      <w:proofErr w:type="spellStart"/>
      <w:r w:rsidR="00121AED" w:rsidRPr="00121AED">
        <w:rPr>
          <w:sz w:val="18"/>
        </w:rPr>
        <w:t>Utilizaron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andenes</w:t>
      </w:r>
      <w:proofErr w:type="spellEnd"/>
      <w:r w:rsidR="00121AED" w:rsidRPr="00121AED">
        <w:rPr>
          <w:sz w:val="18"/>
        </w:rPr>
        <w:t xml:space="preserve"> o </w:t>
      </w:r>
      <w:proofErr w:type="spellStart"/>
      <w:r w:rsidR="00121AED" w:rsidRPr="00121AED">
        <w:rPr>
          <w:sz w:val="18"/>
        </w:rPr>
        <w:t>terrazas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agrícolas</w:t>
      </w:r>
      <w:proofErr w:type="spellEnd"/>
      <w:r w:rsidR="00121AED" w:rsidRPr="00121AED">
        <w:rPr>
          <w:sz w:val="18"/>
        </w:rPr>
        <w:t>.</w:t>
      </w:r>
    </w:p>
    <w:p w14:paraId="697FF66E" w14:textId="5A9A0A22" w:rsidR="00121AED" w:rsidRPr="00121AED" w:rsidRDefault="00143A0D" w:rsidP="00121AED">
      <w:pPr>
        <w:spacing w:after="20"/>
        <w:rPr>
          <w:sz w:val="18"/>
        </w:rPr>
      </w:pPr>
      <w:r>
        <w:rPr>
          <w:sz w:val="18"/>
        </w:rPr>
        <w:t>11</w:t>
      </w:r>
      <w:r w:rsidR="00121AED" w:rsidRPr="00121AED">
        <w:rPr>
          <w:sz w:val="18"/>
        </w:rPr>
        <w:t xml:space="preserve">. (____) Su capital </w:t>
      </w:r>
      <w:proofErr w:type="spellStart"/>
      <w:r w:rsidR="00121AED" w:rsidRPr="00121AED">
        <w:rPr>
          <w:sz w:val="18"/>
        </w:rPr>
        <w:t>fue</w:t>
      </w:r>
      <w:proofErr w:type="spellEnd"/>
      <w:r w:rsidR="00121AED" w:rsidRPr="00121AED">
        <w:rPr>
          <w:sz w:val="18"/>
        </w:rPr>
        <w:t xml:space="preserve"> Tenochtitlan.</w:t>
      </w:r>
    </w:p>
    <w:p w14:paraId="7FBD24D7" w14:textId="6CDBCD57" w:rsidR="00121AED" w:rsidRPr="00121AED" w:rsidRDefault="00143A0D" w:rsidP="00121AED">
      <w:pPr>
        <w:spacing w:after="40" w:line="240" w:lineRule="auto"/>
        <w:rPr>
          <w:sz w:val="18"/>
        </w:rPr>
      </w:pPr>
      <w:r>
        <w:rPr>
          <w:sz w:val="18"/>
        </w:rPr>
        <w:t>12</w:t>
      </w:r>
      <w:r w:rsidR="00121AED" w:rsidRPr="00121AED">
        <w:rPr>
          <w:sz w:val="18"/>
        </w:rPr>
        <w:t xml:space="preserve">. (____) </w:t>
      </w:r>
      <w:proofErr w:type="spellStart"/>
      <w:r w:rsidR="00121AED" w:rsidRPr="00121AED">
        <w:rPr>
          <w:sz w:val="18"/>
        </w:rPr>
        <w:t>Organizaron</w:t>
      </w:r>
      <w:proofErr w:type="spellEnd"/>
      <w:r w:rsidR="00121AED" w:rsidRPr="00121AED">
        <w:rPr>
          <w:sz w:val="18"/>
        </w:rPr>
        <w:t xml:space="preserve"> un gran </w:t>
      </w:r>
      <w:proofErr w:type="spellStart"/>
      <w:r w:rsidR="00121AED" w:rsidRPr="00121AED">
        <w:rPr>
          <w:sz w:val="18"/>
        </w:rPr>
        <w:t>imperio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en</w:t>
      </w:r>
      <w:proofErr w:type="spellEnd"/>
      <w:r w:rsidR="00121AED" w:rsidRPr="00121AED">
        <w:rPr>
          <w:sz w:val="18"/>
        </w:rPr>
        <w:t xml:space="preserve"> </w:t>
      </w:r>
      <w:proofErr w:type="spellStart"/>
      <w:r w:rsidR="00121AED" w:rsidRPr="00121AED">
        <w:rPr>
          <w:sz w:val="18"/>
        </w:rPr>
        <w:t>los</w:t>
      </w:r>
      <w:proofErr w:type="spellEnd"/>
      <w:r w:rsidR="00121AED" w:rsidRPr="00121AED">
        <w:rPr>
          <w:sz w:val="18"/>
        </w:rPr>
        <w:t xml:space="preserve"> Andes</w:t>
      </w:r>
    </w:p>
    <w:p w14:paraId="7FBEF1A9" w14:textId="77777777" w:rsidR="00121AED" w:rsidRDefault="00121AED">
      <w:pPr>
        <w:spacing w:after="40" w:line="240" w:lineRule="auto"/>
        <w:rPr>
          <w:sz w:val="18"/>
        </w:rPr>
      </w:pPr>
    </w:p>
    <w:p w14:paraId="2337EB67" w14:textId="111F7B04" w:rsidR="00E205CD" w:rsidRDefault="00000000">
      <w:pPr>
        <w:spacing w:after="40" w:line="240" w:lineRule="auto"/>
      </w:pPr>
      <w:r w:rsidRPr="00121AED">
        <w:rPr>
          <w:b/>
          <w:bCs/>
          <w:sz w:val="18"/>
        </w:rPr>
        <w:t>III. RESPUESTA CORTA</w:t>
      </w:r>
      <w:r>
        <w:rPr>
          <w:sz w:val="18"/>
        </w:rPr>
        <w:t>. Responda con una idea clara. (6 puntos)</w:t>
      </w:r>
    </w:p>
    <w:p w14:paraId="334EA350" w14:textId="47617E3D" w:rsidR="00E205CD" w:rsidRDefault="00143A0D">
      <w:pPr>
        <w:spacing w:after="40" w:line="240" w:lineRule="auto"/>
      </w:pPr>
      <w:r>
        <w:rPr>
          <w:sz w:val="18"/>
        </w:rPr>
        <w:t>1</w:t>
      </w:r>
      <w:r w:rsidR="00000000">
        <w:rPr>
          <w:sz w:val="18"/>
        </w:rPr>
        <w:t xml:space="preserve"> ¿Cómo se </w:t>
      </w:r>
      <w:proofErr w:type="spellStart"/>
      <w:r w:rsidR="00000000">
        <w:rPr>
          <w:sz w:val="18"/>
        </w:rPr>
        <w:t>adaptaron</w:t>
      </w:r>
      <w:proofErr w:type="spellEnd"/>
      <w:r w:rsidR="00000000">
        <w:rPr>
          <w:sz w:val="18"/>
        </w:rPr>
        <w:t xml:space="preserve"> los aztecas al ambiente lacustre del Valle de México? ________________________________________________</w:t>
      </w:r>
    </w:p>
    <w:p w14:paraId="6ADC062E" w14:textId="0234B8EA" w:rsidR="00E205CD" w:rsidRDefault="00143A0D">
      <w:pPr>
        <w:spacing w:after="40" w:line="240" w:lineRule="auto"/>
      </w:pPr>
      <w:r>
        <w:rPr>
          <w:sz w:val="18"/>
        </w:rPr>
        <w:t>2</w:t>
      </w:r>
      <w:r w:rsidR="00000000">
        <w:rPr>
          <w:sz w:val="18"/>
        </w:rPr>
        <w:t xml:space="preserve">.¿Cómo se </w:t>
      </w:r>
      <w:proofErr w:type="spellStart"/>
      <w:r w:rsidR="00000000">
        <w:rPr>
          <w:sz w:val="18"/>
        </w:rPr>
        <w:t>adaptaron</w:t>
      </w:r>
      <w:proofErr w:type="spellEnd"/>
      <w:r w:rsidR="00000000">
        <w:rPr>
          <w:sz w:val="18"/>
        </w:rPr>
        <w:t xml:space="preserve"> </w:t>
      </w:r>
      <w:proofErr w:type="spellStart"/>
      <w:r w:rsidR="00000000">
        <w:rPr>
          <w:sz w:val="18"/>
        </w:rPr>
        <w:t>los</w:t>
      </w:r>
      <w:proofErr w:type="spellEnd"/>
      <w:r w:rsidR="00000000">
        <w:rPr>
          <w:sz w:val="18"/>
        </w:rPr>
        <w:t xml:space="preserve"> incas a un territorio montañoso? ____________________________________________________________</w:t>
      </w:r>
    </w:p>
    <w:p w14:paraId="15E615EA" w14:textId="3BA698D0" w:rsidR="00E205CD" w:rsidRDefault="00143A0D">
      <w:pPr>
        <w:spacing w:after="40" w:line="240" w:lineRule="auto"/>
        <w:rPr>
          <w:sz w:val="18"/>
        </w:rPr>
      </w:pPr>
      <w:r>
        <w:rPr>
          <w:sz w:val="18"/>
        </w:rPr>
        <w:t>3</w:t>
      </w:r>
      <w:r w:rsidR="00000000">
        <w:rPr>
          <w:sz w:val="18"/>
        </w:rPr>
        <w:t xml:space="preserve"> </w:t>
      </w:r>
      <w:proofErr w:type="spellStart"/>
      <w:r w:rsidR="00000000">
        <w:rPr>
          <w:sz w:val="18"/>
        </w:rPr>
        <w:t>Mencione</w:t>
      </w:r>
      <w:proofErr w:type="spellEnd"/>
      <w:r w:rsidR="00000000">
        <w:rPr>
          <w:sz w:val="18"/>
        </w:rPr>
        <w:t xml:space="preserve"> un </w:t>
      </w:r>
      <w:proofErr w:type="spellStart"/>
      <w:r w:rsidR="00000000">
        <w:rPr>
          <w:sz w:val="18"/>
        </w:rPr>
        <w:t>legado</w:t>
      </w:r>
      <w:proofErr w:type="spellEnd"/>
      <w:r w:rsidR="00000000">
        <w:rPr>
          <w:sz w:val="18"/>
        </w:rPr>
        <w:t xml:space="preserve"> cultural actual de los mayas, aztecas o incas. _________________________________________________</w:t>
      </w:r>
    </w:p>
    <w:p w14:paraId="4AE2E715" w14:textId="01413910" w:rsidR="00121AED" w:rsidRPr="00121AED" w:rsidRDefault="00143A0D" w:rsidP="00121AED">
      <w:pPr>
        <w:spacing w:after="20"/>
        <w:rPr>
          <w:sz w:val="18"/>
          <w:szCs w:val="18"/>
        </w:rPr>
      </w:pPr>
      <w:r>
        <w:rPr>
          <w:sz w:val="18"/>
          <w:szCs w:val="18"/>
        </w:rPr>
        <w:t>4</w:t>
      </w:r>
      <w:r w:rsidR="00121AED" w:rsidRPr="00121AED">
        <w:rPr>
          <w:sz w:val="18"/>
          <w:szCs w:val="18"/>
        </w:rPr>
        <w:t xml:space="preserve"> ¿</w:t>
      </w:r>
      <w:proofErr w:type="spellStart"/>
      <w:r w:rsidR="00121AED" w:rsidRPr="00121AED">
        <w:rPr>
          <w:sz w:val="18"/>
          <w:szCs w:val="18"/>
        </w:rPr>
        <w:t>Qué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importancia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tenía</w:t>
      </w:r>
      <w:proofErr w:type="spellEnd"/>
      <w:r w:rsidR="00121AED" w:rsidRPr="00121AED">
        <w:rPr>
          <w:sz w:val="18"/>
          <w:szCs w:val="18"/>
        </w:rPr>
        <w:t xml:space="preserve"> la </w:t>
      </w:r>
      <w:proofErr w:type="spellStart"/>
      <w:r w:rsidR="00121AED" w:rsidRPr="00121AED">
        <w:rPr>
          <w:sz w:val="18"/>
          <w:szCs w:val="18"/>
        </w:rPr>
        <w:t>religión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en</w:t>
      </w:r>
      <w:proofErr w:type="spellEnd"/>
      <w:r w:rsidR="00121AED" w:rsidRPr="00121AED">
        <w:rPr>
          <w:sz w:val="18"/>
          <w:szCs w:val="18"/>
        </w:rPr>
        <w:t xml:space="preserve"> la </w:t>
      </w:r>
      <w:proofErr w:type="spellStart"/>
      <w:r w:rsidR="00121AED" w:rsidRPr="00121AED">
        <w:rPr>
          <w:sz w:val="18"/>
          <w:szCs w:val="18"/>
        </w:rPr>
        <w:t>organización</w:t>
      </w:r>
      <w:proofErr w:type="spellEnd"/>
      <w:r w:rsidR="00121AED" w:rsidRPr="00121AED">
        <w:rPr>
          <w:sz w:val="18"/>
          <w:szCs w:val="18"/>
        </w:rPr>
        <w:t xml:space="preserve"> de </w:t>
      </w:r>
      <w:proofErr w:type="spellStart"/>
      <w:r w:rsidR="00121AED" w:rsidRPr="00121AED">
        <w:rPr>
          <w:sz w:val="18"/>
          <w:szCs w:val="18"/>
        </w:rPr>
        <w:t>estas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civilizaciones</w:t>
      </w:r>
      <w:proofErr w:type="spellEnd"/>
      <w:r w:rsidR="00121AED" w:rsidRPr="00121AED">
        <w:rPr>
          <w:sz w:val="18"/>
          <w:szCs w:val="18"/>
        </w:rPr>
        <w:t>?</w:t>
      </w:r>
      <w:r w:rsidR="00121AED" w:rsidRPr="00121AED">
        <w:rPr>
          <w:sz w:val="18"/>
          <w:szCs w:val="18"/>
        </w:rPr>
        <w:br/>
        <w:t>________________________________________________________________________________</w:t>
      </w:r>
    </w:p>
    <w:p w14:paraId="7DC7E226" w14:textId="3E36C898" w:rsidR="00121AED" w:rsidRPr="00121AED" w:rsidRDefault="00143A0D" w:rsidP="00121AED">
      <w:pPr>
        <w:spacing w:after="20"/>
        <w:rPr>
          <w:sz w:val="18"/>
          <w:szCs w:val="18"/>
        </w:rPr>
      </w:pPr>
      <w:r>
        <w:rPr>
          <w:sz w:val="18"/>
          <w:szCs w:val="18"/>
        </w:rPr>
        <w:t>5</w:t>
      </w:r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Mencione</w:t>
      </w:r>
      <w:proofErr w:type="spellEnd"/>
      <w:r w:rsidR="00121AED" w:rsidRPr="00121AED">
        <w:rPr>
          <w:sz w:val="18"/>
          <w:szCs w:val="18"/>
        </w:rPr>
        <w:t xml:space="preserve"> dos </w:t>
      </w:r>
      <w:proofErr w:type="spellStart"/>
      <w:r w:rsidR="00121AED" w:rsidRPr="00121AED">
        <w:rPr>
          <w:sz w:val="18"/>
          <w:szCs w:val="18"/>
        </w:rPr>
        <w:t>actividades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económicas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realizadas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por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los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mayas</w:t>
      </w:r>
      <w:proofErr w:type="spellEnd"/>
      <w:r w:rsidR="00121AED" w:rsidRPr="00121AED">
        <w:rPr>
          <w:sz w:val="18"/>
          <w:szCs w:val="18"/>
        </w:rPr>
        <w:t xml:space="preserve">, </w:t>
      </w:r>
      <w:proofErr w:type="spellStart"/>
      <w:r w:rsidR="00121AED" w:rsidRPr="00121AED">
        <w:rPr>
          <w:sz w:val="18"/>
          <w:szCs w:val="18"/>
        </w:rPr>
        <w:t>aztecas</w:t>
      </w:r>
      <w:proofErr w:type="spellEnd"/>
      <w:r w:rsidR="00121AED" w:rsidRPr="00121AED">
        <w:rPr>
          <w:sz w:val="18"/>
          <w:szCs w:val="18"/>
        </w:rPr>
        <w:t xml:space="preserve"> o incas.</w:t>
      </w:r>
      <w:r w:rsidR="00121AED" w:rsidRPr="00121AED">
        <w:rPr>
          <w:sz w:val="18"/>
          <w:szCs w:val="18"/>
        </w:rPr>
        <w:br/>
        <w:t>________________________________________________________________________________</w:t>
      </w:r>
    </w:p>
    <w:p w14:paraId="783BBD9E" w14:textId="56BA4862" w:rsidR="00121AED" w:rsidRPr="00121AED" w:rsidRDefault="00143A0D" w:rsidP="00121AED">
      <w:pPr>
        <w:spacing w:after="20"/>
        <w:rPr>
          <w:sz w:val="18"/>
          <w:szCs w:val="18"/>
        </w:rPr>
      </w:pPr>
      <w:r>
        <w:rPr>
          <w:sz w:val="18"/>
          <w:szCs w:val="18"/>
        </w:rPr>
        <w:t>6</w:t>
      </w:r>
      <w:r w:rsidR="00121AED" w:rsidRPr="00121AED">
        <w:rPr>
          <w:sz w:val="18"/>
          <w:szCs w:val="18"/>
        </w:rPr>
        <w:t xml:space="preserve">.Escriba dos </w:t>
      </w:r>
      <w:proofErr w:type="spellStart"/>
      <w:r w:rsidR="00121AED" w:rsidRPr="00121AED">
        <w:rPr>
          <w:sz w:val="18"/>
          <w:szCs w:val="18"/>
        </w:rPr>
        <w:t>legados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que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todavía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podemos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reconocer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en</w:t>
      </w:r>
      <w:proofErr w:type="spellEnd"/>
      <w:r w:rsidR="00121AED" w:rsidRPr="00121AED">
        <w:rPr>
          <w:sz w:val="18"/>
          <w:szCs w:val="18"/>
        </w:rPr>
        <w:t xml:space="preserve"> la </w:t>
      </w:r>
      <w:proofErr w:type="spellStart"/>
      <w:r w:rsidR="00121AED" w:rsidRPr="00121AED">
        <w:rPr>
          <w:sz w:val="18"/>
          <w:szCs w:val="18"/>
        </w:rPr>
        <w:t>actualidad</w:t>
      </w:r>
      <w:proofErr w:type="spellEnd"/>
      <w:r w:rsidR="00121AED" w:rsidRPr="00121AED">
        <w:rPr>
          <w:sz w:val="18"/>
          <w:szCs w:val="18"/>
        </w:rPr>
        <w:t>.</w:t>
      </w:r>
      <w:r w:rsidR="00121AED" w:rsidRPr="00121AED">
        <w:rPr>
          <w:sz w:val="18"/>
          <w:szCs w:val="18"/>
        </w:rPr>
        <w:br/>
        <w:t>________________________________________________________________________________</w:t>
      </w:r>
    </w:p>
    <w:p w14:paraId="26E6534E" w14:textId="4377C2C0" w:rsidR="00121AED" w:rsidRPr="00121AED" w:rsidRDefault="00143A0D" w:rsidP="00121AED">
      <w:pPr>
        <w:spacing w:after="20"/>
        <w:rPr>
          <w:sz w:val="18"/>
          <w:szCs w:val="18"/>
        </w:rPr>
      </w:pPr>
      <w:r>
        <w:rPr>
          <w:sz w:val="18"/>
          <w:szCs w:val="18"/>
        </w:rPr>
        <w:t>7</w:t>
      </w:r>
      <w:r w:rsidR="00121AED" w:rsidRPr="00121AED">
        <w:rPr>
          <w:sz w:val="18"/>
          <w:szCs w:val="18"/>
        </w:rPr>
        <w:t xml:space="preserve">. ¿Por </w:t>
      </w:r>
      <w:proofErr w:type="spellStart"/>
      <w:r w:rsidR="00121AED" w:rsidRPr="00121AED">
        <w:rPr>
          <w:sz w:val="18"/>
          <w:szCs w:val="18"/>
        </w:rPr>
        <w:t>qué</w:t>
      </w:r>
      <w:proofErr w:type="spellEnd"/>
      <w:r w:rsidR="00121AED" w:rsidRPr="00121AED">
        <w:rPr>
          <w:sz w:val="18"/>
          <w:szCs w:val="18"/>
        </w:rPr>
        <w:t xml:space="preserve"> es </w:t>
      </w:r>
      <w:proofErr w:type="spellStart"/>
      <w:r w:rsidR="00121AED" w:rsidRPr="00121AED">
        <w:rPr>
          <w:sz w:val="18"/>
          <w:szCs w:val="18"/>
        </w:rPr>
        <w:t>importante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proteger</w:t>
      </w:r>
      <w:proofErr w:type="spellEnd"/>
      <w:r w:rsidR="00121AED" w:rsidRPr="00121AED">
        <w:rPr>
          <w:sz w:val="18"/>
          <w:szCs w:val="18"/>
        </w:rPr>
        <w:t xml:space="preserve"> y </w:t>
      </w:r>
      <w:proofErr w:type="spellStart"/>
      <w:r w:rsidR="00121AED" w:rsidRPr="00121AED">
        <w:rPr>
          <w:sz w:val="18"/>
          <w:szCs w:val="18"/>
        </w:rPr>
        <w:t>valorar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el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patrimonio</w:t>
      </w:r>
      <w:proofErr w:type="spellEnd"/>
      <w:r w:rsidR="00121AED" w:rsidRPr="00121AED">
        <w:rPr>
          <w:sz w:val="18"/>
          <w:szCs w:val="18"/>
        </w:rPr>
        <w:t xml:space="preserve"> cultural de </w:t>
      </w:r>
      <w:proofErr w:type="spellStart"/>
      <w:r w:rsidR="00121AED" w:rsidRPr="00121AED">
        <w:rPr>
          <w:sz w:val="18"/>
          <w:szCs w:val="18"/>
        </w:rPr>
        <w:t>estos</w:t>
      </w:r>
      <w:proofErr w:type="spellEnd"/>
      <w:r w:rsidR="00121AED" w:rsidRPr="00121AED">
        <w:rPr>
          <w:sz w:val="18"/>
          <w:szCs w:val="18"/>
        </w:rPr>
        <w:t xml:space="preserve"> pueblos?</w:t>
      </w:r>
      <w:r w:rsidR="00121AED" w:rsidRPr="00121AED">
        <w:rPr>
          <w:sz w:val="18"/>
          <w:szCs w:val="18"/>
        </w:rPr>
        <w:br/>
        <w:t>________________________________________________________________________________</w:t>
      </w:r>
    </w:p>
    <w:p w14:paraId="6D16A961" w14:textId="77777777" w:rsidR="00121AED" w:rsidRPr="00121AED" w:rsidRDefault="00121AED" w:rsidP="00121AED">
      <w:pPr>
        <w:spacing w:before="60" w:after="40"/>
        <w:rPr>
          <w:sz w:val="18"/>
          <w:szCs w:val="18"/>
        </w:rPr>
      </w:pPr>
      <w:r w:rsidRPr="00121AED">
        <w:rPr>
          <w:b/>
          <w:sz w:val="18"/>
          <w:szCs w:val="18"/>
        </w:rPr>
        <w:t xml:space="preserve">IV. </w:t>
      </w:r>
      <w:proofErr w:type="spellStart"/>
      <w:r w:rsidRPr="00121AED">
        <w:rPr>
          <w:b/>
          <w:sz w:val="18"/>
          <w:szCs w:val="18"/>
        </w:rPr>
        <w:t>Desafíos</w:t>
      </w:r>
      <w:proofErr w:type="spellEnd"/>
      <w:r w:rsidRPr="00121AED">
        <w:rPr>
          <w:b/>
          <w:sz w:val="18"/>
          <w:szCs w:val="18"/>
        </w:rPr>
        <w:t xml:space="preserve"> </w:t>
      </w:r>
      <w:proofErr w:type="spellStart"/>
      <w:r w:rsidRPr="00121AED">
        <w:rPr>
          <w:b/>
          <w:sz w:val="18"/>
          <w:szCs w:val="18"/>
        </w:rPr>
        <w:t>actuales</w:t>
      </w:r>
      <w:proofErr w:type="spellEnd"/>
      <w:r w:rsidRPr="00121AED">
        <w:rPr>
          <w:b/>
          <w:sz w:val="18"/>
          <w:szCs w:val="18"/>
        </w:rPr>
        <w:t>. (2 pts)</w:t>
      </w:r>
    </w:p>
    <w:p w14:paraId="196CEA79" w14:textId="64770FD9" w:rsidR="00121AED" w:rsidRPr="00121AED" w:rsidRDefault="00143A0D" w:rsidP="00121AED">
      <w:pPr>
        <w:spacing w:after="20"/>
        <w:rPr>
          <w:sz w:val="18"/>
          <w:szCs w:val="18"/>
        </w:rPr>
      </w:pPr>
      <w:r>
        <w:rPr>
          <w:sz w:val="18"/>
          <w:szCs w:val="18"/>
        </w:rPr>
        <w:t>1</w:t>
      </w:r>
      <w:r w:rsidR="00121AED" w:rsidRPr="00121AED">
        <w:rPr>
          <w:sz w:val="18"/>
          <w:szCs w:val="18"/>
        </w:rPr>
        <w:t>. ¿</w:t>
      </w:r>
      <w:proofErr w:type="spellStart"/>
      <w:r w:rsidR="00121AED" w:rsidRPr="00121AED">
        <w:rPr>
          <w:sz w:val="18"/>
          <w:szCs w:val="18"/>
        </w:rPr>
        <w:t>Cuál</w:t>
      </w:r>
      <w:proofErr w:type="spellEnd"/>
      <w:r w:rsidR="00121AED" w:rsidRPr="00121AED">
        <w:rPr>
          <w:sz w:val="18"/>
          <w:szCs w:val="18"/>
        </w:rPr>
        <w:t xml:space="preserve"> de las </w:t>
      </w:r>
      <w:proofErr w:type="spellStart"/>
      <w:r w:rsidR="00121AED" w:rsidRPr="00121AED">
        <w:rPr>
          <w:sz w:val="18"/>
          <w:szCs w:val="18"/>
        </w:rPr>
        <w:t>siguientes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situaciones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puede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representar</w:t>
      </w:r>
      <w:proofErr w:type="spellEnd"/>
      <w:r w:rsidR="00121AED" w:rsidRPr="00121AED">
        <w:rPr>
          <w:sz w:val="18"/>
          <w:szCs w:val="18"/>
        </w:rPr>
        <w:t xml:space="preserve"> un </w:t>
      </w:r>
      <w:proofErr w:type="spellStart"/>
      <w:r w:rsidR="00121AED" w:rsidRPr="00121AED">
        <w:rPr>
          <w:sz w:val="18"/>
          <w:szCs w:val="18"/>
        </w:rPr>
        <w:t>desafío</w:t>
      </w:r>
      <w:proofErr w:type="spellEnd"/>
      <w:r w:rsidR="00121AED" w:rsidRPr="00121AED">
        <w:rPr>
          <w:sz w:val="18"/>
          <w:szCs w:val="18"/>
        </w:rPr>
        <w:t xml:space="preserve"> para </w:t>
      </w:r>
      <w:proofErr w:type="spellStart"/>
      <w:r w:rsidR="00121AED" w:rsidRPr="00121AED">
        <w:rPr>
          <w:sz w:val="18"/>
          <w:szCs w:val="18"/>
        </w:rPr>
        <w:t>los</w:t>
      </w:r>
      <w:proofErr w:type="spellEnd"/>
      <w:r w:rsidR="00121AED" w:rsidRPr="00121AED">
        <w:rPr>
          <w:sz w:val="18"/>
          <w:szCs w:val="18"/>
        </w:rPr>
        <w:t xml:space="preserve"> pueblos </w:t>
      </w:r>
      <w:proofErr w:type="spellStart"/>
      <w:r w:rsidR="00121AED" w:rsidRPr="00121AED">
        <w:rPr>
          <w:sz w:val="18"/>
          <w:szCs w:val="18"/>
        </w:rPr>
        <w:t>indígenas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descendientes</w:t>
      </w:r>
      <w:proofErr w:type="spellEnd"/>
      <w:r w:rsidR="00121AED" w:rsidRPr="00121AED">
        <w:rPr>
          <w:sz w:val="18"/>
          <w:szCs w:val="18"/>
        </w:rPr>
        <w:t xml:space="preserve"> de </w:t>
      </w:r>
      <w:proofErr w:type="spellStart"/>
      <w:r w:rsidR="00121AED" w:rsidRPr="00121AED">
        <w:rPr>
          <w:sz w:val="18"/>
          <w:szCs w:val="18"/>
        </w:rPr>
        <w:t>estas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culturas</w:t>
      </w:r>
      <w:proofErr w:type="spellEnd"/>
      <w:r w:rsidR="00121AED" w:rsidRPr="00121AED">
        <w:rPr>
          <w:sz w:val="18"/>
          <w:szCs w:val="18"/>
        </w:rPr>
        <w:t>?</w:t>
      </w:r>
    </w:p>
    <w:p w14:paraId="026BDDBB" w14:textId="77777777" w:rsidR="00121AED" w:rsidRPr="00121AED" w:rsidRDefault="00121AED" w:rsidP="00121AED">
      <w:pPr>
        <w:spacing w:after="0"/>
        <w:ind w:left="259"/>
        <w:rPr>
          <w:sz w:val="18"/>
          <w:szCs w:val="18"/>
        </w:rPr>
      </w:pPr>
      <w:r w:rsidRPr="00121AED">
        <w:rPr>
          <w:sz w:val="18"/>
          <w:szCs w:val="18"/>
        </w:rPr>
        <w:t xml:space="preserve">a) La </w:t>
      </w:r>
      <w:proofErr w:type="spellStart"/>
      <w:r w:rsidRPr="00121AED">
        <w:rPr>
          <w:sz w:val="18"/>
          <w:szCs w:val="18"/>
        </w:rPr>
        <w:t>pérdida</w:t>
      </w:r>
      <w:proofErr w:type="spellEnd"/>
      <w:r w:rsidRPr="00121AED">
        <w:rPr>
          <w:sz w:val="18"/>
          <w:szCs w:val="18"/>
        </w:rPr>
        <w:t xml:space="preserve"> de </w:t>
      </w:r>
      <w:proofErr w:type="spellStart"/>
      <w:r w:rsidRPr="00121AED">
        <w:rPr>
          <w:sz w:val="18"/>
          <w:szCs w:val="18"/>
        </w:rPr>
        <w:t>tradiciones</w:t>
      </w:r>
      <w:proofErr w:type="spellEnd"/>
      <w:r w:rsidRPr="00121AED">
        <w:rPr>
          <w:sz w:val="18"/>
          <w:szCs w:val="18"/>
        </w:rPr>
        <w:t xml:space="preserve"> y </w:t>
      </w:r>
      <w:proofErr w:type="spellStart"/>
      <w:r w:rsidRPr="00121AED">
        <w:rPr>
          <w:sz w:val="18"/>
          <w:szCs w:val="18"/>
        </w:rPr>
        <w:t>conocimientos</w:t>
      </w:r>
      <w:proofErr w:type="spellEnd"/>
      <w:r w:rsidRPr="00121AED">
        <w:rPr>
          <w:sz w:val="18"/>
          <w:szCs w:val="18"/>
        </w:rPr>
        <w:t xml:space="preserve"> </w:t>
      </w:r>
      <w:proofErr w:type="spellStart"/>
      <w:r w:rsidRPr="00121AED">
        <w:rPr>
          <w:sz w:val="18"/>
          <w:szCs w:val="18"/>
        </w:rPr>
        <w:t>ancestrales</w:t>
      </w:r>
      <w:proofErr w:type="spellEnd"/>
      <w:r w:rsidRPr="00121AED">
        <w:rPr>
          <w:sz w:val="18"/>
          <w:szCs w:val="18"/>
        </w:rPr>
        <w:t>.</w:t>
      </w:r>
    </w:p>
    <w:p w14:paraId="7F260421" w14:textId="77777777" w:rsidR="00121AED" w:rsidRPr="00121AED" w:rsidRDefault="00121AED" w:rsidP="00121AED">
      <w:pPr>
        <w:spacing w:after="0"/>
        <w:ind w:left="259"/>
        <w:rPr>
          <w:sz w:val="18"/>
          <w:szCs w:val="18"/>
        </w:rPr>
      </w:pPr>
      <w:r w:rsidRPr="00121AED">
        <w:rPr>
          <w:sz w:val="18"/>
          <w:szCs w:val="18"/>
        </w:rPr>
        <w:t xml:space="preserve">b) La </w:t>
      </w:r>
      <w:proofErr w:type="spellStart"/>
      <w:r w:rsidRPr="00121AED">
        <w:rPr>
          <w:sz w:val="18"/>
          <w:szCs w:val="18"/>
        </w:rPr>
        <w:t>construcción</w:t>
      </w:r>
      <w:proofErr w:type="spellEnd"/>
      <w:r w:rsidRPr="00121AED">
        <w:rPr>
          <w:sz w:val="18"/>
          <w:szCs w:val="18"/>
        </w:rPr>
        <w:t xml:space="preserve"> de </w:t>
      </w:r>
      <w:proofErr w:type="spellStart"/>
      <w:r w:rsidRPr="00121AED">
        <w:rPr>
          <w:sz w:val="18"/>
          <w:szCs w:val="18"/>
        </w:rPr>
        <w:t>ciudades</w:t>
      </w:r>
      <w:proofErr w:type="spellEnd"/>
      <w:r w:rsidRPr="00121AED">
        <w:rPr>
          <w:sz w:val="18"/>
          <w:szCs w:val="18"/>
        </w:rPr>
        <w:t xml:space="preserve"> </w:t>
      </w:r>
      <w:proofErr w:type="spellStart"/>
      <w:r w:rsidRPr="00121AED">
        <w:rPr>
          <w:sz w:val="18"/>
          <w:szCs w:val="18"/>
        </w:rPr>
        <w:t>antiguas</w:t>
      </w:r>
      <w:proofErr w:type="spellEnd"/>
      <w:r w:rsidRPr="00121AED">
        <w:rPr>
          <w:sz w:val="18"/>
          <w:szCs w:val="18"/>
        </w:rPr>
        <w:t>.</w:t>
      </w:r>
    </w:p>
    <w:p w14:paraId="707964D7" w14:textId="77777777" w:rsidR="00121AED" w:rsidRPr="00121AED" w:rsidRDefault="00121AED" w:rsidP="00121AED">
      <w:pPr>
        <w:spacing w:after="0"/>
        <w:ind w:left="259"/>
        <w:rPr>
          <w:sz w:val="18"/>
          <w:szCs w:val="18"/>
        </w:rPr>
      </w:pPr>
      <w:r w:rsidRPr="00121AED">
        <w:rPr>
          <w:sz w:val="18"/>
          <w:szCs w:val="18"/>
        </w:rPr>
        <w:t xml:space="preserve">c) La </w:t>
      </w:r>
      <w:proofErr w:type="spellStart"/>
      <w:r w:rsidRPr="00121AED">
        <w:rPr>
          <w:sz w:val="18"/>
          <w:szCs w:val="18"/>
        </w:rPr>
        <w:t>desaparición</w:t>
      </w:r>
      <w:proofErr w:type="spellEnd"/>
      <w:r w:rsidRPr="00121AED">
        <w:rPr>
          <w:sz w:val="18"/>
          <w:szCs w:val="18"/>
        </w:rPr>
        <w:t xml:space="preserve"> de la </w:t>
      </w:r>
      <w:proofErr w:type="spellStart"/>
      <w:r w:rsidRPr="00121AED">
        <w:rPr>
          <w:sz w:val="18"/>
          <w:szCs w:val="18"/>
        </w:rPr>
        <w:t>agricultura</w:t>
      </w:r>
      <w:proofErr w:type="spellEnd"/>
      <w:r w:rsidRPr="00121AED">
        <w:rPr>
          <w:sz w:val="18"/>
          <w:szCs w:val="18"/>
        </w:rPr>
        <w:t xml:space="preserve"> </w:t>
      </w:r>
      <w:proofErr w:type="spellStart"/>
      <w:r w:rsidRPr="00121AED">
        <w:rPr>
          <w:sz w:val="18"/>
          <w:szCs w:val="18"/>
        </w:rPr>
        <w:t>en</w:t>
      </w:r>
      <w:proofErr w:type="spellEnd"/>
      <w:r w:rsidRPr="00121AED">
        <w:rPr>
          <w:sz w:val="18"/>
          <w:szCs w:val="18"/>
        </w:rPr>
        <w:t xml:space="preserve"> </w:t>
      </w:r>
      <w:proofErr w:type="spellStart"/>
      <w:r w:rsidRPr="00121AED">
        <w:rPr>
          <w:sz w:val="18"/>
          <w:szCs w:val="18"/>
        </w:rPr>
        <w:t>todo</w:t>
      </w:r>
      <w:proofErr w:type="spellEnd"/>
      <w:r w:rsidRPr="00121AED">
        <w:rPr>
          <w:sz w:val="18"/>
          <w:szCs w:val="18"/>
        </w:rPr>
        <w:t xml:space="preserve"> </w:t>
      </w:r>
      <w:proofErr w:type="spellStart"/>
      <w:r w:rsidRPr="00121AED">
        <w:rPr>
          <w:sz w:val="18"/>
          <w:szCs w:val="18"/>
        </w:rPr>
        <w:t>el</w:t>
      </w:r>
      <w:proofErr w:type="spellEnd"/>
      <w:r w:rsidRPr="00121AED">
        <w:rPr>
          <w:sz w:val="18"/>
          <w:szCs w:val="18"/>
        </w:rPr>
        <w:t xml:space="preserve"> </w:t>
      </w:r>
      <w:proofErr w:type="spellStart"/>
      <w:r w:rsidRPr="00121AED">
        <w:rPr>
          <w:sz w:val="18"/>
          <w:szCs w:val="18"/>
        </w:rPr>
        <w:t>continente</w:t>
      </w:r>
      <w:proofErr w:type="spellEnd"/>
      <w:r w:rsidRPr="00121AED">
        <w:rPr>
          <w:sz w:val="18"/>
          <w:szCs w:val="18"/>
        </w:rPr>
        <w:t>.</w:t>
      </w:r>
    </w:p>
    <w:p w14:paraId="7C1E90CD" w14:textId="77777777" w:rsidR="00121AED" w:rsidRPr="00121AED" w:rsidRDefault="00121AED" w:rsidP="00121AED">
      <w:pPr>
        <w:spacing w:after="0"/>
        <w:ind w:left="259"/>
        <w:rPr>
          <w:sz w:val="18"/>
          <w:szCs w:val="18"/>
        </w:rPr>
      </w:pPr>
      <w:r w:rsidRPr="00121AED">
        <w:rPr>
          <w:sz w:val="18"/>
          <w:szCs w:val="18"/>
        </w:rPr>
        <w:t xml:space="preserve">d) La </w:t>
      </w:r>
      <w:proofErr w:type="spellStart"/>
      <w:r w:rsidRPr="00121AED">
        <w:rPr>
          <w:sz w:val="18"/>
          <w:szCs w:val="18"/>
        </w:rPr>
        <w:t>construcción</w:t>
      </w:r>
      <w:proofErr w:type="spellEnd"/>
      <w:r w:rsidRPr="00121AED">
        <w:rPr>
          <w:sz w:val="18"/>
          <w:szCs w:val="18"/>
        </w:rPr>
        <w:t xml:space="preserve"> de caminos incas.</w:t>
      </w:r>
    </w:p>
    <w:p w14:paraId="3BA5FCB0" w14:textId="46A7D857" w:rsidR="00121AED" w:rsidRPr="00121AED" w:rsidRDefault="00143A0D" w:rsidP="00121AED">
      <w:pPr>
        <w:spacing w:after="20"/>
        <w:rPr>
          <w:sz w:val="18"/>
          <w:szCs w:val="18"/>
        </w:rPr>
      </w:pPr>
      <w:r>
        <w:rPr>
          <w:sz w:val="18"/>
          <w:szCs w:val="18"/>
        </w:rPr>
        <w:t>2</w:t>
      </w:r>
      <w:r w:rsidR="00121AED" w:rsidRPr="00121AED">
        <w:rPr>
          <w:sz w:val="18"/>
          <w:szCs w:val="18"/>
        </w:rPr>
        <w:t xml:space="preserve">. </w:t>
      </w:r>
      <w:proofErr w:type="spellStart"/>
      <w:r w:rsidR="00121AED" w:rsidRPr="00121AED">
        <w:rPr>
          <w:sz w:val="18"/>
          <w:szCs w:val="18"/>
        </w:rPr>
        <w:t>Explique</w:t>
      </w:r>
      <w:proofErr w:type="spellEnd"/>
      <w:r w:rsidR="00121AED" w:rsidRPr="00121AED">
        <w:rPr>
          <w:sz w:val="18"/>
          <w:szCs w:val="18"/>
        </w:rPr>
        <w:t xml:space="preserve"> un </w:t>
      </w:r>
      <w:proofErr w:type="spellStart"/>
      <w:r w:rsidR="00121AED" w:rsidRPr="00121AED">
        <w:rPr>
          <w:sz w:val="18"/>
          <w:szCs w:val="18"/>
        </w:rPr>
        <w:t>desafío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que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enfrentan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actualmente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los</w:t>
      </w:r>
      <w:proofErr w:type="spellEnd"/>
      <w:r w:rsidR="00121AED" w:rsidRPr="00121AED">
        <w:rPr>
          <w:sz w:val="18"/>
          <w:szCs w:val="18"/>
        </w:rPr>
        <w:t xml:space="preserve"> pueblos </w:t>
      </w:r>
      <w:proofErr w:type="spellStart"/>
      <w:r w:rsidR="00121AED" w:rsidRPr="00121AED">
        <w:rPr>
          <w:sz w:val="18"/>
          <w:szCs w:val="18"/>
        </w:rPr>
        <w:t>indígenas</w:t>
      </w:r>
      <w:proofErr w:type="spellEnd"/>
      <w:r w:rsidR="00121AED" w:rsidRPr="00121AED">
        <w:rPr>
          <w:sz w:val="18"/>
          <w:szCs w:val="18"/>
        </w:rPr>
        <w:t xml:space="preserve"> y </w:t>
      </w:r>
      <w:proofErr w:type="spellStart"/>
      <w:r w:rsidR="00121AED" w:rsidRPr="00121AED">
        <w:rPr>
          <w:sz w:val="18"/>
          <w:szCs w:val="18"/>
        </w:rPr>
        <w:t>proponga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una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acción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que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contribuya</w:t>
      </w:r>
      <w:proofErr w:type="spellEnd"/>
      <w:r w:rsidR="00121AED" w:rsidRPr="00121AED">
        <w:rPr>
          <w:sz w:val="18"/>
          <w:szCs w:val="18"/>
        </w:rPr>
        <w:t xml:space="preserve"> </w:t>
      </w:r>
      <w:proofErr w:type="gramStart"/>
      <w:r w:rsidR="00121AED" w:rsidRPr="00121AED">
        <w:rPr>
          <w:sz w:val="18"/>
          <w:szCs w:val="18"/>
        </w:rPr>
        <w:t>a</w:t>
      </w:r>
      <w:proofErr w:type="gramEnd"/>
      <w:r w:rsidR="00121AED" w:rsidRPr="00121AED">
        <w:rPr>
          <w:sz w:val="18"/>
          <w:szCs w:val="18"/>
        </w:rPr>
        <w:t xml:space="preserve"> </w:t>
      </w:r>
      <w:proofErr w:type="spellStart"/>
      <w:r w:rsidR="00121AED" w:rsidRPr="00121AED">
        <w:rPr>
          <w:sz w:val="18"/>
          <w:szCs w:val="18"/>
        </w:rPr>
        <w:t>enfrentarlo</w:t>
      </w:r>
      <w:proofErr w:type="spellEnd"/>
      <w:r w:rsidR="00121AED" w:rsidRPr="00121AED">
        <w:rPr>
          <w:sz w:val="18"/>
          <w:szCs w:val="18"/>
        </w:rPr>
        <w:t>.</w:t>
      </w:r>
    </w:p>
    <w:p w14:paraId="69DBBB49" w14:textId="77777777" w:rsidR="00121AED" w:rsidRPr="00121AED" w:rsidRDefault="00121AED" w:rsidP="00121AED">
      <w:pPr>
        <w:spacing w:after="20"/>
        <w:rPr>
          <w:sz w:val="18"/>
          <w:szCs w:val="18"/>
        </w:rPr>
      </w:pPr>
      <w:proofErr w:type="spellStart"/>
      <w:r w:rsidRPr="00121AED">
        <w:rPr>
          <w:sz w:val="18"/>
          <w:szCs w:val="18"/>
        </w:rPr>
        <w:t>Desafío</w:t>
      </w:r>
      <w:proofErr w:type="spellEnd"/>
      <w:r w:rsidRPr="00121AED">
        <w:rPr>
          <w:sz w:val="18"/>
          <w:szCs w:val="18"/>
        </w:rPr>
        <w:t>: __________________________________________________________________________</w:t>
      </w:r>
    </w:p>
    <w:p w14:paraId="7D2A189F" w14:textId="2F0EA22C" w:rsidR="00121AED" w:rsidRPr="00121AED" w:rsidRDefault="00121AED">
      <w:pPr>
        <w:spacing w:after="40" w:line="240" w:lineRule="auto"/>
        <w:rPr>
          <w:sz w:val="18"/>
          <w:szCs w:val="18"/>
        </w:rPr>
      </w:pPr>
      <w:proofErr w:type="spellStart"/>
      <w:r w:rsidRPr="00121AED">
        <w:rPr>
          <w:sz w:val="18"/>
          <w:szCs w:val="18"/>
        </w:rPr>
        <w:t>Acción</w:t>
      </w:r>
      <w:proofErr w:type="spellEnd"/>
      <w:r w:rsidRPr="00121AED">
        <w:rPr>
          <w:sz w:val="18"/>
          <w:szCs w:val="18"/>
        </w:rPr>
        <w:t>: ____________________________________________________________________________</w:t>
      </w:r>
    </w:p>
    <w:p w14:paraId="6AAD7B42" w14:textId="32439329" w:rsidR="00E205CD" w:rsidRDefault="00E205CD">
      <w:pPr>
        <w:spacing w:before="60"/>
      </w:pPr>
    </w:p>
    <w:sectPr w:rsidR="00E205CD" w:rsidSect="00034616">
      <w:pgSz w:w="12240" w:h="15840"/>
      <w:pgMar w:top="504" w:right="648" w:bottom="504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0955256">
    <w:abstractNumId w:val="8"/>
  </w:num>
  <w:num w:numId="2" w16cid:durableId="177931051">
    <w:abstractNumId w:val="6"/>
  </w:num>
  <w:num w:numId="3" w16cid:durableId="1852334986">
    <w:abstractNumId w:val="5"/>
  </w:num>
  <w:num w:numId="4" w16cid:durableId="9190084">
    <w:abstractNumId w:val="4"/>
  </w:num>
  <w:num w:numId="5" w16cid:durableId="1010526341">
    <w:abstractNumId w:val="7"/>
  </w:num>
  <w:num w:numId="6" w16cid:durableId="2042586525">
    <w:abstractNumId w:val="3"/>
  </w:num>
  <w:num w:numId="7" w16cid:durableId="1071344703">
    <w:abstractNumId w:val="2"/>
  </w:num>
  <w:num w:numId="8" w16cid:durableId="990250807">
    <w:abstractNumId w:val="1"/>
  </w:num>
  <w:num w:numId="9" w16cid:durableId="2049182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1AED"/>
    <w:rsid w:val="00143A0D"/>
    <w:rsid w:val="0015074B"/>
    <w:rsid w:val="00244912"/>
    <w:rsid w:val="0029639D"/>
    <w:rsid w:val="00326F90"/>
    <w:rsid w:val="00AA1D8D"/>
    <w:rsid w:val="00B37FC6"/>
    <w:rsid w:val="00B47730"/>
    <w:rsid w:val="00CB0664"/>
    <w:rsid w:val="00E205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443C2A"/>
  <w14:defaultImageDpi w14:val="300"/>
  <w15:docId w15:val="{D0C70A2B-E96F-4564-87CE-9989FA027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649</Words>
  <Characters>3573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</cp:lastModifiedBy>
  <cp:revision>2</cp:revision>
  <cp:lastPrinted>2026-09-20T23:17:00Z</cp:lastPrinted>
  <dcterms:created xsi:type="dcterms:W3CDTF">2026-09-20T23:22:00Z</dcterms:created>
  <dcterms:modified xsi:type="dcterms:W3CDTF">2026-09-20T23:22:00Z</dcterms:modified>
  <cp:category/>
</cp:coreProperties>
</file>